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6B9C9" w14:textId="77777777" w:rsidR="002A26CF" w:rsidRDefault="00000000">
      <w:pPr>
        <w:bidi/>
        <w:spacing w:before="520"/>
        <w:jc w:val="center"/>
      </w:pPr>
      <w:proofErr w:type="spellStart"/>
      <w:r>
        <w:rPr>
          <w:b/>
          <w:color w:val="0F3B63"/>
          <w:sz w:val="43"/>
        </w:rPr>
        <w:t>ليل</w:t>
      </w:r>
      <w:proofErr w:type="spellEnd"/>
      <w:r>
        <w:rPr>
          <w:b/>
          <w:color w:val="0F3B63"/>
          <w:sz w:val="43"/>
        </w:rPr>
        <w:t xml:space="preserve"> </w:t>
      </w:r>
      <w:proofErr w:type="spellStart"/>
      <w:r>
        <w:rPr>
          <w:b/>
          <w:color w:val="0F3B63"/>
          <w:sz w:val="43"/>
        </w:rPr>
        <w:t>البداية</w:t>
      </w:r>
      <w:proofErr w:type="spellEnd"/>
      <w:r>
        <w:rPr>
          <w:b/>
          <w:color w:val="0F3B63"/>
          <w:sz w:val="43"/>
        </w:rPr>
        <w:t xml:space="preserve"> </w:t>
      </w:r>
      <w:proofErr w:type="spellStart"/>
      <w:r>
        <w:rPr>
          <w:b/>
          <w:color w:val="0F3B63"/>
          <w:sz w:val="43"/>
        </w:rPr>
        <w:t>السريعة</w:t>
      </w:r>
      <w:proofErr w:type="spellEnd"/>
      <w:r>
        <w:rPr>
          <w:b/>
          <w:color w:val="0F3B63"/>
          <w:sz w:val="43"/>
        </w:rPr>
        <w:t xml:space="preserve"> </w:t>
      </w:r>
      <w:proofErr w:type="spellStart"/>
      <w:r>
        <w:rPr>
          <w:b/>
          <w:color w:val="0F3B63"/>
          <w:sz w:val="43"/>
        </w:rPr>
        <w:t>للعائلة</w:t>
      </w:r>
      <w:proofErr w:type="spellEnd"/>
      <w:r>
        <w:rPr>
          <w:b/>
          <w:color w:val="0F3B63"/>
          <w:sz w:val="43"/>
        </w:rPr>
        <w:t xml:space="preserve"> العربية الجديدة في أمريكا</w:t>
      </w:r>
    </w:p>
    <w:p w14:paraId="41622551" w14:textId="77777777" w:rsidR="002A26CF" w:rsidRDefault="00000000">
      <w:pPr>
        <w:jc w:val="center"/>
      </w:pPr>
      <w:r>
        <w:rPr>
          <w:b/>
          <w:color w:val="425466"/>
          <w:sz w:val="25"/>
        </w:rPr>
        <w:t>Arabic-English Newcomer Starter Pack for Arab Families in the U.S.</w:t>
      </w:r>
    </w:p>
    <w:p w14:paraId="6D3E7156" w14:textId="77777777" w:rsidR="002A26CF" w:rsidRDefault="00000000">
      <w:pPr>
        <w:bidi/>
        <w:jc w:val="center"/>
      </w:pPr>
      <w:r>
        <w:rPr>
          <w:color w:val="4A5568"/>
          <w:sz w:val="20"/>
        </w:rPr>
        <w:t>ملف جاهز للطباعة والحفظ في المنزل أو رفعه في مكتبة الملفات بالموقع</w:t>
      </w:r>
    </w:p>
    <w:p w14:paraId="0F8ED313" w14:textId="77777777" w:rsidR="002A26CF" w:rsidRDefault="00000000">
      <w:pPr>
        <w:jc w:val="center"/>
      </w:pPr>
      <w:r>
        <w:rPr>
          <w:color w:val="4A5568"/>
          <w:sz w:val="19"/>
        </w:rPr>
        <w:t>A practical printable resource for home use or your website file library.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664"/>
      </w:tblGrid>
      <w:tr w:rsidR="002A26CF" w14:paraId="68EA2561" w14:textId="77777777">
        <w:trPr>
          <w:jc w:val="center"/>
        </w:trPr>
        <w:tc>
          <w:tcPr>
            <w:tcW w:w="11232" w:type="dxa"/>
            <w:tcBorders>
              <w:top w:val="single" w:sz="12" w:space="0" w:color="C8D7E8"/>
              <w:left w:val="single" w:sz="12" w:space="0" w:color="C8D7E8"/>
              <w:bottom w:val="single" w:sz="12" w:space="0" w:color="C8D7E8"/>
              <w:right w:val="single" w:sz="12" w:space="0" w:color="C8D7E8"/>
            </w:tcBorders>
            <w:shd w:val="clear" w:color="auto" w:fill="EAF2FB"/>
            <w:tcMar>
              <w:top w:w="145" w:type="dxa"/>
              <w:left w:w="160" w:type="dxa"/>
              <w:bottom w:w="145" w:type="dxa"/>
              <w:right w:w="160" w:type="dxa"/>
            </w:tcMar>
          </w:tcPr>
          <w:p w14:paraId="754449DB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  <w:sz w:val="23"/>
              </w:rPr>
              <w:t>ماذا ستجد داخل الملف؟</w:t>
            </w:r>
          </w:p>
          <w:p w14:paraId="57D23B1C" w14:textId="77777777" w:rsidR="002A26CF" w:rsidRDefault="00000000">
            <w:r>
              <w:rPr>
                <w:b/>
                <w:color w:val="0F3B63"/>
                <w:sz w:val="18"/>
              </w:rPr>
              <w:t>What is inside this pack?</w:t>
            </w:r>
          </w:p>
          <w:p w14:paraId="3732986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• خطة أول 30 يومًا</w:t>
            </w:r>
          </w:p>
          <w:p w14:paraId="2B0CC111" w14:textId="77777777" w:rsidR="002A26CF" w:rsidRDefault="00000000">
            <w:r>
              <w:rPr>
                <w:sz w:val="18"/>
              </w:rPr>
              <w:t>• A first 30 days action plan</w:t>
            </w:r>
          </w:p>
          <w:p w14:paraId="23577E5F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• نموذج معلومات الأسرة والاتصالات المهمة</w:t>
            </w:r>
          </w:p>
          <w:p w14:paraId="6E97CA24" w14:textId="77777777" w:rsidR="002A26CF" w:rsidRDefault="00000000">
            <w:r>
              <w:rPr>
                <w:sz w:val="18"/>
              </w:rPr>
              <w:t>• A family information and essential contacts sheet</w:t>
            </w:r>
          </w:p>
          <w:p w14:paraId="5032B9C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• قائمة بالأوراق الأساسية</w:t>
            </w:r>
          </w:p>
          <w:p w14:paraId="450E7E2F" w14:textId="77777777" w:rsidR="002A26CF" w:rsidRDefault="00000000">
            <w:r>
              <w:rPr>
                <w:sz w:val="18"/>
              </w:rPr>
              <w:t>• A core document checklist</w:t>
            </w:r>
          </w:p>
          <w:p w14:paraId="580B97F5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• عبارات ثنائية اللغة للمدرسة والعيادة والسكن والعمل</w:t>
            </w:r>
          </w:p>
          <w:p w14:paraId="4FD16566" w14:textId="77777777" w:rsidR="002A26CF" w:rsidRDefault="00000000">
            <w:r>
              <w:rPr>
                <w:sz w:val="18"/>
              </w:rPr>
              <w:t>• Bilingual phrases for school, clinic, housing, and work</w:t>
            </w:r>
          </w:p>
          <w:p w14:paraId="2F2BDA44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• صفحة ملاحظات وتنظيم</w:t>
            </w:r>
          </w:p>
          <w:p w14:paraId="40611EDF" w14:textId="77777777" w:rsidR="002A26CF" w:rsidRDefault="00000000">
            <w:r>
              <w:rPr>
                <w:sz w:val="18"/>
              </w:rPr>
              <w:t>• A note and organization page</w:t>
            </w:r>
          </w:p>
        </w:tc>
      </w:tr>
      <w:tr w:rsidR="002A26CF" w14:paraId="6D25830E" w14:textId="77777777">
        <w:trPr>
          <w:jc w:val="center"/>
        </w:trPr>
        <w:tc>
          <w:tcPr>
            <w:tcW w:w="11664" w:type="dxa"/>
            <w:tcBorders>
              <w:top w:val="single" w:sz="12" w:space="0" w:color="C8D7E8"/>
              <w:left w:val="single" w:sz="12" w:space="0" w:color="C8D7E8"/>
              <w:bottom w:val="single" w:sz="12" w:space="0" w:color="C8D7E8"/>
              <w:right w:val="single" w:sz="12" w:space="0" w:color="C8D7E8"/>
            </w:tcBorders>
            <w:shd w:val="clear" w:color="auto" w:fill="EAF2FB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9A8E84E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  <w:sz w:val="21"/>
              </w:rPr>
              <w:t>ملاحظة: هذا الملف للتنظيم والمساعدة اليومية، وقد تختلف المتطلبات حسب الولاية أو الجهة.</w:t>
            </w:r>
          </w:p>
          <w:p w14:paraId="5FE4F205" w14:textId="77777777" w:rsidR="002A26CF" w:rsidRDefault="00000000">
            <w:r>
              <w:rPr>
                <w:color w:val="425466"/>
                <w:sz w:val="19"/>
              </w:rPr>
              <w:t>Note: This file is for practical organization and everyday support. Specific requirements may vary by state or institution.</w:t>
            </w:r>
          </w:p>
        </w:tc>
      </w:tr>
    </w:tbl>
    <w:p w14:paraId="532196BD" w14:textId="77777777" w:rsidR="002A26CF" w:rsidRDefault="002A26CF"/>
    <w:p w14:paraId="4AA0A4CE" w14:textId="77777777" w:rsidR="002A26CF" w:rsidRDefault="00000000">
      <w:pPr>
        <w:pStyle w:val="ACUSAH1"/>
        <w:bidi/>
        <w:jc w:val="right"/>
      </w:pPr>
      <w:r>
        <w:t>كيف تستخدم هذا الملف</w:t>
      </w:r>
    </w:p>
    <w:p w14:paraId="0FDF4C01" w14:textId="77777777" w:rsidR="002A26CF" w:rsidRDefault="00000000">
      <w:r>
        <w:rPr>
          <w:color w:val="6B7280"/>
          <w:sz w:val="20"/>
        </w:rPr>
        <w:t>How to use this file</w:t>
      </w:r>
    </w:p>
    <w:p w14:paraId="04737BB0" w14:textId="77777777" w:rsidR="002A26CF" w:rsidRDefault="00000000">
      <w:pPr>
        <w:bidi/>
        <w:jc w:val="right"/>
      </w:pPr>
      <w:r>
        <w:rPr>
          <w:sz w:val="20"/>
        </w:rPr>
        <w:t>اطبع الصفحات التي تحتاجها فقط، أو احفظ الملف على هاتفك. اكتب المعلومات الأساسية مرة واحدة، ثم حدِّثها عند تغيير المدرسة أو العيادة أو العمل أو السكن.</w:t>
      </w:r>
    </w:p>
    <w:p w14:paraId="5D5CC0B0" w14:textId="77777777" w:rsidR="002A26CF" w:rsidRDefault="00000000">
      <w:r>
        <w:rPr>
          <w:sz w:val="19"/>
        </w:rPr>
        <w:t>Print only the pages you need, or keep the file on your phone. Enter your core details once, then update them when your school, clinic, job, or address changes.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664"/>
      </w:tblGrid>
      <w:tr w:rsidR="002A26CF" w14:paraId="3FB3A748" w14:textId="77777777">
        <w:trPr>
          <w:jc w:val="center"/>
        </w:trPr>
        <w:tc>
          <w:tcPr>
            <w:tcW w:w="11664" w:type="dxa"/>
            <w:tcBorders>
              <w:top w:val="single" w:sz="8" w:space="0" w:color="D7DEE7"/>
              <w:left w:val="single" w:sz="8" w:space="0" w:color="D7DEE7"/>
              <w:bottom w:val="single" w:sz="8" w:space="0" w:color="D7DEE7"/>
              <w:right w:val="single" w:sz="8" w:space="0" w:color="D7DEE7"/>
            </w:tcBorders>
            <w:shd w:val="clear" w:color="auto" w:fill="F8FAFC"/>
            <w:tcMar>
              <w:top w:w="105" w:type="dxa"/>
              <w:left w:w="145" w:type="dxa"/>
              <w:bottom w:w="105" w:type="dxa"/>
              <w:right w:w="145" w:type="dxa"/>
            </w:tcMar>
          </w:tcPr>
          <w:p w14:paraId="4A591127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</w:rPr>
              <w:t>الأسبوع الأول</w:t>
            </w:r>
          </w:p>
          <w:p w14:paraId="55F3F09D" w14:textId="77777777" w:rsidR="002A26CF" w:rsidRDefault="00000000">
            <w:r>
              <w:rPr>
                <w:color w:val="6B7280"/>
                <w:sz w:val="18"/>
              </w:rPr>
              <w:t>Week 1</w:t>
            </w:r>
          </w:p>
          <w:p w14:paraId="0A62A30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حفظ عنوان السكن الجديد ورقم الشقة</w:t>
            </w:r>
          </w:p>
          <w:p w14:paraId="051453C1" w14:textId="77777777" w:rsidR="002A26CF" w:rsidRDefault="00000000">
            <w:r>
              <w:rPr>
                <w:sz w:val="19"/>
              </w:rPr>
              <w:t>□ Save your new address and apartment number</w:t>
            </w:r>
          </w:p>
          <w:p w14:paraId="77DDC649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إضافة أرقام المدرسة والعيادة وصاحب العمل</w:t>
            </w:r>
          </w:p>
          <w:p w14:paraId="120CE10C" w14:textId="77777777" w:rsidR="002A26CF" w:rsidRDefault="00000000">
            <w:r>
              <w:rPr>
                <w:sz w:val="19"/>
              </w:rPr>
              <w:t>□ Add school, clinic, and employer contact details</w:t>
            </w:r>
          </w:p>
          <w:p w14:paraId="13224D06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جمع الوثائق الأساسية في ملف واحد</w:t>
            </w:r>
          </w:p>
          <w:p w14:paraId="25F1937B" w14:textId="77777777" w:rsidR="002A26CF" w:rsidRDefault="00000000">
            <w:r>
              <w:rPr>
                <w:sz w:val="19"/>
              </w:rPr>
              <w:t>□ Gather your key documents in one folder</w:t>
            </w:r>
          </w:p>
        </w:tc>
      </w:tr>
    </w:tbl>
    <w:p w14:paraId="6A254793" w14:textId="77777777" w:rsidR="002A26CF" w:rsidRDefault="002A26CF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664"/>
      </w:tblGrid>
      <w:tr w:rsidR="002A26CF" w14:paraId="3D4C5B55" w14:textId="77777777">
        <w:trPr>
          <w:jc w:val="center"/>
        </w:trPr>
        <w:tc>
          <w:tcPr>
            <w:tcW w:w="11664" w:type="dxa"/>
            <w:tcBorders>
              <w:top w:val="single" w:sz="8" w:space="0" w:color="D7DEE7"/>
              <w:left w:val="single" w:sz="8" w:space="0" w:color="D7DEE7"/>
              <w:bottom w:val="single" w:sz="8" w:space="0" w:color="D7DEE7"/>
              <w:right w:val="single" w:sz="8" w:space="0" w:color="D7DEE7"/>
            </w:tcBorders>
            <w:shd w:val="clear" w:color="auto" w:fill="F8FAFC"/>
            <w:tcMar>
              <w:top w:w="105" w:type="dxa"/>
              <w:left w:w="145" w:type="dxa"/>
              <w:bottom w:w="105" w:type="dxa"/>
              <w:right w:w="145" w:type="dxa"/>
            </w:tcMar>
          </w:tcPr>
          <w:p w14:paraId="3337CB1D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</w:rPr>
              <w:lastRenderedPageBreak/>
              <w:t>الأسبوعان الثاني والثالث</w:t>
            </w:r>
          </w:p>
          <w:p w14:paraId="7E77E2E9" w14:textId="77777777" w:rsidR="002A26CF" w:rsidRDefault="00000000">
            <w:r>
              <w:rPr>
                <w:color w:val="6B7280"/>
                <w:sz w:val="18"/>
              </w:rPr>
              <w:t>Weeks 2-3</w:t>
            </w:r>
          </w:p>
          <w:p w14:paraId="5848FA81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مراجعة الأوراق المطلوبة للأطفال في المدرسة</w:t>
            </w:r>
          </w:p>
          <w:p w14:paraId="02BF1C6E" w14:textId="77777777" w:rsidR="002A26CF" w:rsidRDefault="00000000">
            <w:r>
              <w:rPr>
                <w:sz w:val="19"/>
              </w:rPr>
              <w:t>□ Review required school documents for children</w:t>
            </w:r>
          </w:p>
          <w:p w14:paraId="78B25B35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تثبيت مواعيدك الطبية الأساسية</w:t>
            </w:r>
          </w:p>
          <w:p w14:paraId="6D6209BF" w14:textId="77777777" w:rsidR="002A26CF" w:rsidRDefault="00000000">
            <w:r>
              <w:rPr>
                <w:sz w:val="19"/>
              </w:rPr>
              <w:t>□ Confirm key medical appointments</w:t>
            </w:r>
          </w:p>
          <w:p w14:paraId="651CE124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حفظ العبارات الأساسية التي تحتاجها يوميًا</w:t>
            </w:r>
          </w:p>
          <w:p w14:paraId="1FF60C8E" w14:textId="77777777" w:rsidR="002A26CF" w:rsidRDefault="00000000">
            <w:r>
              <w:rPr>
                <w:sz w:val="19"/>
              </w:rPr>
              <w:t>□ Practice the key phrases you need every day</w:t>
            </w:r>
          </w:p>
        </w:tc>
      </w:tr>
    </w:tbl>
    <w:p w14:paraId="3558AB1D" w14:textId="77777777" w:rsidR="002A26CF" w:rsidRDefault="002A26CF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664"/>
      </w:tblGrid>
      <w:tr w:rsidR="002A26CF" w14:paraId="538601C0" w14:textId="77777777">
        <w:trPr>
          <w:jc w:val="center"/>
        </w:trPr>
        <w:tc>
          <w:tcPr>
            <w:tcW w:w="11664" w:type="dxa"/>
            <w:tcBorders>
              <w:top w:val="single" w:sz="8" w:space="0" w:color="D7DEE7"/>
              <w:left w:val="single" w:sz="8" w:space="0" w:color="D7DEE7"/>
              <w:bottom w:val="single" w:sz="8" w:space="0" w:color="D7DEE7"/>
              <w:right w:val="single" w:sz="8" w:space="0" w:color="D7DEE7"/>
            </w:tcBorders>
            <w:shd w:val="clear" w:color="auto" w:fill="F8FAFC"/>
            <w:tcMar>
              <w:top w:w="105" w:type="dxa"/>
              <w:left w:w="145" w:type="dxa"/>
              <w:bottom w:w="105" w:type="dxa"/>
              <w:right w:w="145" w:type="dxa"/>
            </w:tcMar>
          </w:tcPr>
          <w:p w14:paraId="25A94C35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</w:rPr>
              <w:t>الأسبوع الرابع</w:t>
            </w:r>
          </w:p>
          <w:p w14:paraId="6ADD4A78" w14:textId="77777777" w:rsidR="002A26CF" w:rsidRDefault="00000000">
            <w:r>
              <w:rPr>
                <w:color w:val="6B7280"/>
                <w:sz w:val="18"/>
              </w:rPr>
              <w:t>Week 4</w:t>
            </w:r>
          </w:p>
          <w:p w14:paraId="467EC6C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تحديث أي رقم هاتف أو عنوان جديد</w:t>
            </w:r>
          </w:p>
          <w:p w14:paraId="089D347D" w14:textId="77777777" w:rsidR="002A26CF" w:rsidRDefault="00000000">
            <w:r>
              <w:rPr>
                <w:sz w:val="19"/>
              </w:rPr>
              <w:t>□ Update any new phone number or address</w:t>
            </w:r>
          </w:p>
          <w:p w14:paraId="11F3519E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مراجعة النسخ الورقية والنسخ الرقمية</w:t>
            </w:r>
          </w:p>
          <w:p w14:paraId="3E8EC256" w14:textId="77777777" w:rsidR="002A26CF" w:rsidRDefault="00000000">
            <w:r>
              <w:rPr>
                <w:sz w:val="19"/>
              </w:rPr>
              <w:t>□ Review both paper and digital copies</w:t>
            </w:r>
          </w:p>
          <w:p w14:paraId="05C22FF8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وضع الملف في مكان معروف لكل أفراد الأسرة</w:t>
            </w:r>
          </w:p>
          <w:p w14:paraId="05B6DE97" w14:textId="77777777" w:rsidR="002A26CF" w:rsidRDefault="00000000">
            <w:r>
              <w:rPr>
                <w:sz w:val="19"/>
              </w:rPr>
              <w:t>□ Store the file in a place the whole family can find</w:t>
            </w:r>
          </w:p>
        </w:tc>
      </w:tr>
    </w:tbl>
    <w:p w14:paraId="56FDF3BF" w14:textId="77777777" w:rsidR="002A26CF" w:rsidRDefault="002A26CF"/>
    <w:p w14:paraId="677CCDC9" w14:textId="77777777" w:rsidR="002A26CF" w:rsidRDefault="00000000">
      <w:pPr>
        <w:pStyle w:val="ACUSAH1"/>
        <w:bidi/>
        <w:jc w:val="right"/>
      </w:pPr>
      <w:r>
        <w:t>بطاقة معلومات الأسرة</w:t>
      </w:r>
    </w:p>
    <w:p w14:paraId="39EF8B56" w14:textId="77777777" w:rsidR="002A26CF" w:rsidRDefault="00000000">
      <w:r>
        <w:rPr>
          <w:color w:val="6B7280"/>
          <w:sz w:val="20"/>
        </w:rPr>
        <w:t>Family profile sheet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68"/>
        <w:gridCol w:w="6696"/>
      </w:tblGrid>
      <w:tr w:rsidR="002A26CF" w14:paraId="127CD9D7" w14:textId="77777777">
        <w:trPr>
          <w:tblHeader/>
          <w:jc w:val="center"/>
        </w:trPr>
        <w:tc>
          <w:tcPr>
            <w:tcW w:w="4968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20" w:type="dxa"/>
              <w:bottom w:w="105" w:type="dxa"/>
              <w:right w:w="120" w:type="dxa"/>
            </w:tcMar>
          </w:tcPr>
          <w:p w14:paraId="35C12AA0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20"/>
              </w:rPr>
              <w:t>العربية</w:t>
            </w:r>
          </w:p>
        </w:tc>
        <w:tc>
          <w:tcPr>
            <w:tcW w:w="6696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20" w:type="dxa"/>
              <w:bottom w:w="105" w:type="dxa"/>
              <w:right w:w="120" w:type="dxa"/>
            </w:tcMar>
          </w:tcPr>
          <w:p w14:paraId="4E8D016F" w14:textId="77777777" w:rsidR="002A26CF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English</w:t>
            </w:r>
          </w:p>
        </w:tc>
      </w:tr>
      <w:tr w:rsidR="002A26CF" w14:paraId="4F931B3F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ABDD0C4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اسم رب/ربة الأسرة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EFEC9DE" w14:textId="77777777" w:rsidR="002A26CF" w:rsidRDefault="00000000">
            <w:r>
              <w:rPr>
                <w:sz w:val="19"/>
              </w:rPr>
              <w:t>Head of household name</w:t>
            </w:r>
          </w:p>
        </w:tc>
      </w:tr>
      <w:tr w:rsidR="002A26CF" w14:paraId="09031EBE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989124E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العنوان الكامل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A90330B" w14:textId="77777777" w:rsidR="002A26CF" w:rsidRDefault="00000000">
            <w:r>
              <w:rPr>
                <w:sz w:val="19"/>
              </w:rPr>
              <w:t>Full address</w:t>
            </w:r>
          </w:p>
        </w:tc>
      </w:tr>
      <w:tr w:rsidR="002A26CF" w14:paraId="039A523F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7BF084F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الهاتف الأساسي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6AE9BC2" w14:textId="77777777" w:rsidR="002A26CF" w:rsidRDefault="00000000">
            <w:r>
              <w:rPr>
                <w:sz w:val="19"/>
              </w:rPr>
              <w:t>Primary phone number</w:t>
            </w:r>
          </w:p>
        </w:tc>
      </w:tr>
      <w:tr w:rsidR="002A26CF" w14:paraId="07828A3C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251FC86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الهاتف الاحتياطي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2E517F04" w14:textId="77777777" w:rsidR="002A26CF" w:rsidRDefault="00000000">
            <w:r>
              <w:rPr>
                <w:sz w:val="19"/>
              </w:rPr>
              <w:t>Backup phone number</w:t>
            </w:r>
          </w:p>
        </w:tc>
      </w:tr>
      <w:tr w:rsidR="002A26CF" w14:paraId="51F7526B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5FDC1BE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البريد الإلكتروني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2FE545D" w14:textId="77777777" w:rsidR="002A26CF" w:rsidRDefault="00000000">
            <w:r>
              <w:rPr>
                <w:sz w:val="19"/>
              </w:rPr>
              <w:t>Email address</w:t>
            </w:r>
          </w:p>
        </w:tc>
      </w:tr>
      <w:tr w:rsidR="002A26CF" w14:paraId="729ACCB3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1821BC86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لغة التواصل المفضلة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14A1880" w14:textId="77777777" w:rsidR="002A26CF" w:rsidRDefault="00000000">
            <w:r>
              <w:rPr>
                <w:sz w:val="19"/>
              </w:rPr>
              <w:t>Preferred language</w:t>
            </w:r>
          </w:p>
        </w:tc>
      </w:tr>
      <w:tr w:rsidR="002A26CF" w14:paraId="355E86A1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7ABE5F0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اسم المدرسة / الحضانة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8A10C37" w14:textId="77777777" w:rsidR="002A26CF" w:rsidRDefault="00000000">
            <w:r>
              <w:rPr>
                <w:sz w:val="19"/>
              </w:rPr>
              <w:t>School / daycare name</w:t>
            </w:r>
          </w:p>
        </w:tc>
      </w:tr>
      <w:tr w:rsidR="002A26CF" w14:paraId="356A3199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65F9081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اسم العيادة / الطبيب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1B375951" w14:textId="77777777" w:rsidR="002A26CF" w:rsidRDefault="00000000">
            <w:r>
              <w:rPr>
                <w:sz w:val="19"/>
              </w:rPr>
              <w:t>Clinic / doctor name</w:t>
            </w:r>
          </w:p>
        </w:tc>
      </w:tr>
      <w:tr w:rsidR="002A26CF" w14:paraId="51995E85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5FD84C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اسم صاحب العمل أو جهة العمل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29DAFFF0" w14:textId="77777777" w:rsidR="002A26CF" w:rsidRDefault="00000000">
            <w:r>
              <w:rPr>
                <w:sz w:val="19"/>
              </w:rPr>
              <w:t>Employer or workplace</w:t>
            </w:r>
          </w:p>
        </w:tc>
      </w:tr>
      <w:tr w:rsidR="002A26CF" w14:paraId="14090D8C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3CC0756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شخص للطوارئ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5421AC0" w14:textId="77777777" w:rsidR="002A26CF" w:rsidRDefault="00000000">
            <w:r>
              <w:rPr>
                <w:sz w:val="19"/>
              </w:rPr>
              <w:t>Emergency contact person</w:t>
            </w:r>
          </w:p>
        </w:tc>
      </w:tr>
      <w:tr w:rsidR="002A26CF" w14:paraId="3174A09A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A59668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lastRenderedPageBreak/>
              <w:t>رقم شخص الطوارئ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12BE8157" w14:textId="77777777" w:rsidR="002A26CF" w:rsidRDefault="00000000">
            <w:r>
              <w:rPr>
                <w:sz w:val="19"/>
              </w:rPr>
              <w:t>Emergency contact phone number</w:t>
            </w:r>
          </w:p>
        </w:tc>
      </w:tr>
      <w:tr w:rsidR="002A26CF" w14:paraId="0012E7A8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241FE0C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ملاحظات مهمة للأسرة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18BC04DA" w14:textId="77777777" w:rsidR="002A26CF" w:rsidRDefault="00000000">
            <w:r>
              <w:rPr>
                <w:sz w:val="19"/>
              </w:rPr>
              <w:t>Important family notes</w:t>
            </w:r>
          </w:p>
        </w:tc>
      </w:tr>
    </w:tbl>
    <w:p w14:paraId="704DBDF1" w14:textId="77777777" w:rsidR="002A26CF" w:rsidRDefault="002A26CF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664"/>
      </w:tblGrid>
      <w:tr w:rsidR="002A26CF" w14:paraId="4FEF18D9" w14:textId="77777777">
        <w:trPr>
          <w:jc w:val="center"/>
        </w:trPr>
        <w:tc>
          <w:tcPr>
            <w:tcW w:w="11664" w:type="dxa"/>
            <w:tcBorders>
              <w:top w:val="single" w:sz="12" w:space="0" w:color="C8D7E8"/>
              <w:left w:val="single" w:sz="12" w:space="0" w:color="C8D7E8"/>
              <w:bottom w:val="single" w:sz="12" w:space="0" w:color="C8D7E8"/>
              <w:right w:val="single" w:sz="12" w:space="0" w:color="C8D7E8"/>
            </w:tcBorders>
            <w:shd w:val="clear" w:color="auto" w:fill="EAF2FB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17CC34E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  <w:sz w:val="21"/>
              </w:rPr>
              <w:t>نصيحة: احتفظ بصورة من هذه الصفحة داخل الهاتف ونسخة مطبوعة قرب باب المنزل.</w:t>
            </w:r>
          </w:p>
          <w:p w14:paraId="5A5D7F72" w14:textId="77777777" w:rsidR="002A26CF" w:rsidRDefault="00000000">
            <w:r>
              <w:rPr>
                <w:color w:val="425466"/>
                <w:sz w:val="19"/>
              </w:rPr>
              <w:t>Tip: Keep one photo of this page on your phone and one printed copy near the main door.</w:t>
            </w:r>
          </w:p>
        </w:tc>
      </w:tr>
    </w:tbl>
    <w:p w14:paraId="22990DE8" w14:textId="77777777" w:rsidR="002A26CF" w:rsidRDefault="002A26CF"/>
    <w:p w14:paraId="64B74549" w14:textId="77777777" w:rsidR="002A26CF" w:rsidRDefault="00000000">
      <w:pPr>
        <w:pStyle w:val="ACUSAH1"/>
        <w:bidi/>
        <w:jc w:val="right"/>
      </w:pPr>
      <w:r>
        <w:t>قائمة الوثائق الأساسية</w:t>
      </w:r>
    </w:p>
    <w:p w14:paraId="65E9F0B6" w14:textId="77777777" w:rsidR="002A26CF" w:rsidRDefault="00000000">
      <w:r>
        <w:rPr>
          <w:color w:val="6B7280"/>
          <w:sz w:val="20"/>
        </w:rPr>
        <w:t>Core document checklist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112"/>
        <w:gridCol w:w="6552"/>
      </w:tblGrid>
      <w:tr w:rsidR="002A26CF" w14:paraId="4FE7AE2F" w14:textId="77777777">
        <w:trPr>
          <w:tblHeader/>
          <w:jc w:val="center"/>
        </w:trPr>
        <w:tc>
          <w:tcPr>
            <w:tcW w:w="5112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20" w:type="dxa"/>
              <w:bottom w:w="105" w:type="dxa"/>
              <w:right w:w="120" w:type="dxa"/>
            </w:tcMar>
          </w:tcPr>
          <w:p w14:paraId="5AC4653C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20"/>
              </w:rPr>
              <w:t>العربية</w:t>
            </w:r>
          </w:p>
        </w:tc>
        <w:tc>
          <w:tcPr>
            <w:tcW w:w="6552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20" w:type="dxa"/>
              <w:bottom w:w="105" w:type="dxa"/>
              <w:right w:w="120" w:type="dxa"/>
            </w:tcMar>
          </w:tcPr>
          <w:p w14:paraId="3B6C96F3" w14:textId="77777777" w:rsidR="002A26CF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English</w:t>
            </w:r>
          </w:p>
        </w:tc>
      </w:tr>
      <w:tr w:rsidR="002A26CF" w14:paraId="6ECA203F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6122CF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جوازات السفر أو بطاقات الهوية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2541584" w14:textId="77777777" w:rsidR="002A26CF" w:rsidRDefault="00000000">
            <w:r>
              <w:rPr>
                <w:sz w:val="19"/>
              </w:rPr>
              <w:t>□ Passports or ID cards</w:t>
            </w:r>
          </w:p>
        </w:tc>
      </w:tr>
      <w:tr w:rsidR="002A26CF" w14:paraId="28A62C63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B44130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شهادات الميلاد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D9B44AB" w14:textId="77777777" w:rsidR="002A26CF" w:rsidRDefault="00000000">
            <w:r>
              <w:rPr>
                <w:sz w:val="19"/>
              </w:rPr>
              <w:t>□ Birth certificates</w:t>
            </w:r>
          </w:p>
        </w:tc>
      </w:tr>
      <w:tr w:rsidR="002A26CF" w14:paraId="19D3BD26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A01AAC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بطاقات التأمين الصحي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D009151" w14:textId="77777777" w:rsidR="002A26CF" w:rsidRDefault="00000000">
            <w:r>
              <w:rPr>
                <w:sz w:val="19"/>
              </w:rPr>
              <w:t>□ Health insurance cards</w:t>
            </w:r>
          </w:p>
        </w:tc>
      </w:tr>
      <w:tr w:rsidR="002A26CF" w14:paraId="67C60C10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B0C23DC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بطاقات الضمان الاجتماعي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BC88C95" w14:textId="77777777" w:rsidR="002A26CF" w:rsidRDefault="00000000">
            <w:r>
              <w:rPr>
                <w:sz w:val="19"/>
              </w:rPr>
              <w:t>□ Social Security cards</w:t>
            </w:r>
          </w:p>
        </w:tc>
      </w:tr>
      <w:tr w:rsidR="002A26CF" w14:paraId="4895F31F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3C9BD25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أوراق المدرسة والتطعيم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D6A0D88" w14:textId="77777777" w:rsidR="002A26CF" w:rsidRDefault="00000000">
            <w:r>
              <w:rPr>
                <w:sz w:val="19"/>
              </w:rPr>
              <w:t>□ School and vaccination records</w:t>
            </w:r>
          </w:p>
        </w:tc>
      </w:tr>
      <w:tr w:rsidR="002A26CF" w14:paraId="7A6085C9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B9CC880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عقد الإيجار أو إثبات السكن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8C4A0FB" w14:textId="77777777" w:rsidR="002A26CF" w:rsidRDefault="00000000">
            <w:r>
              <w:rPr>
                <w:sz w:val="19"/>
              </w:rPr>
              <w:t>□ Lease agreement or proof of address</w:t>
            </w:r>
          </w:p>
        </w:tc>
      </w:tr>
      <w:tr w:rsidR="002A26CF" w14:paraId="7B6ED014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3F97098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رخصة القيادة أو الهوية المحلية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3616BBB" w14:textId="77777777" w:rsidR="002A26CF" w:rsidRDefault="00000000">
            <w:r>
              <w:rPr>
                <w:sz w:val="19"/>
              </w:rPr>
              <w:t>□ Driver's license or local ID</w:t>
            </w:r>
          </w:p>
        </w:tc>
      </w:tr>
      <w:tr w:rsidR="002A26CF" w14:paraId="1FFFB7F6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53185E0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معلومات العمل والرواتب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7E9D0E5" w14:textId="77777777" w:rsidR="002A26CF" w:rsidRDefault="00000000">
            <w:r>
              <w:rPr>
                <w:sz w:val="19"/>
              </w:rPr>
              <w:t>□ Employment and pay records</w:t>
            </w:r>
          </w:p>
        </w:tc>
      </w:tr>
      <w:tr w:rsidR="002A26CF" w14:paraId="40A94A71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04118E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أرقام القضايا أو المواعيد المهمة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C6458A3" w14:textId="77777777" w:rsidR="002A26CF" w:rsidRDefault="00000000">
            <w:r>
              <w:rPr>
                <w:sz w:val="19"/>
              </w:rPr>
              <w:t>□ Case numbers or important appointments</w:t>
            </w:r>
          </w:p>
        </w:tc>
      </w:tr>
      <w:tr w:rsidR="002A26CF" w14:paraId="689805B1" w14:textId="77777777">
        <w:trPr>
          <w:jc w:val="center"/>
        </w:trPr>
        <w:tc>
          <w:tcPr>
            <w:tcW w:w="511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999BA1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□ نسخ رقمية محفوظة بأمان</w:t>
            </w:r>
          </w:p>
        </w:tc>
        <w:tc>
          <w:tcPr>
            <w:tcW w:w="6552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985443F" w14:textId="77777777" w:rsidR="002A26CF" w:rsidRDefault="00000000">
            <w:r>
              <w:rPr>
                <w:sz w:val="19"/>
              </w:rPr>
              <w:t>□ Secure digital copies</w:t>
            </w:r>
          </w:p>
        </w:tc>
      </w:tr>
    </w:tbl>
    <w:p w14:paraId="2B1F4B37" w14:textId="77777777" w:rsidR="002A26CF" w:rsidRDefault="002A26CF"/>
    <w:p w14:paraId="6A9556BE" w14:textId="77777777" w:rsidR="002A26CF" w:rsidRDefault="00000000">
      <w:pPr>
        <w:pStyle w:val="ACUSAH1"/>
        <w:bidi/>
        <w:jc w:val="right"/>
      </w:pPr>
      <w:r>
        <w:t>جهات الاتصال المهمة</w:t>
      </w:r>
    </w:p>
    <w:p w14:paraId="7E2DA816" w14:textId="77777777" w:rsidR="002A26CF" w:rsidRDefault="00000000">
      <w:r>
        <w:rPr>
          <w:color w:val="6B7280"/>
          <w:sz w:val="20"/>
        </w:rPr>
        <w:t>Essential contacts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68"/>
        <w:gridCol w:w="6696"/>
      </w:tblGrid>
      <w:tr w:rsidR="002A26CF" w14:paraId="26CDD6C7" w14:textId="77777777">
        <w:trPr>
          <w:tblHeader/>
          <w:jc w:val="center"/>
        </w:trPr>
        <w:tc>
          <w:tcPr>
            <w:tcW w:w="4968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20" w:type="dxa"/>
              <w:bottom w:w="105" w:type="dxa"/>
              <w:right w:w="120" w:type="dxa"/>
            </w:tcMar>
          </w:tcPr>
          <w:p w14:paraId="389657DE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20"/>
              </w:rPr>
              <w:t>العربية</w:t>
            </w:r>
          </w:p>
        </w:tc>
        <w:tc>
          <w:tcPr>
            <w:tcW w:w="6696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20" w:type="dxa"/>
              <w:bottom w:w="105" w:type="dxa"/>
              <w:right w:w="120" w:type="dxa"/>
            </w:tcMar>
          </w:tcPr>
          <w:p w14:paraId="7AB5AD7F" w14:textId="77777777" w:rsidR="002A26CF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English</w:t>
            </w:r>
          </w:p>
        </w:tc>
      </w:tr>
      <w:tr w:rsidR="002A26CF" w14:paraId="4A78417E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1B54AA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اسم المدرسة / مكتب التسجيل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2FE2257" w14:textId="77777777" w:rsidR="002A26CF" w:rsidRDefault="00000000">
            <w:r>
              <w:rPr>
                <w:sz w:val="19"/>
              </w:rPr>
              <w:t>School / registration office</w:t>
            </w:r>
          </w:p>
        </w:tc>
      </w:tr>
      <w:tr w:rsidR="002A26CF" w14:paraId="699669C7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0275491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المعلم أو المرشد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8824B7A" w14:textId="77777777" w:rsidR="002A26CF" w:rsidRDefault="00000000">
            <w:r>
              <w:rPr>
                <w:sz w:val="19"/>
              </w:rPr>
              <w:t>Teacher or counselor</w:t>
            </w:r>
          </w:p>
        </w:tc>
      </w:tr>
      <w:tr w:rsidR="002A26CF" w14:paraId="1C892D28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A64DBB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العيادة / المستشفى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1A4D24CB" w14:textId="77777777" w:rsidR="002A26CF" w:rsidRDefault="00000000">
            <w:r>
              <w:rPr>
                <w:sz w:val="19"/>
              </w:rPr>
              <w:t>Clinic / hospital</w:t>
            </w:r>
          </w:p>
        </w:tc>
      </w:tr>
      <w:tr w:rsidR="002A26CF" w14:paraId="6DB56349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5960DD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lastRenderedPageBreak/>
              <w:t>الصيدلية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89E587B" w14:textId="77777777" w:rsidR="002A26CF" w:rsidRDefault="00000000">
            <w:r>
              <w:rPr>
                <w:sz w:val="19"/>
              </w:rPr>
              <w:t>Pharmacy</w:t>
            </w:r>
          </w:p>
        </w:tc>
      </w:tr>
      <w:tr w:rsidR="002A26CF" w14:paraId="742CD60F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2AEEA6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صاحب المنزل / المكتب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6B63F14C" w14:textId="77777777" w:rsidR="002A26CF" w:rsidRDefault="00000000">
            <w:r>
              <w:rPr>
                <w:sz w:val="19"/>
              </w:rPr>
              <w:t>Landlord / leasing office</w:t>
            </w:r>
          </w:p>
        </w:tc>
      </w:tr>
      <w:tr w:rsidR="002A26CF" w14:paraId="35C44B01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71CFB8D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شركة الكهرباء أو الماء أو الإنترنت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2DEB450A" w14:textId="77777777" w:rsidR="002A26CF" w:rsidRDefault="00000000">
            <w:r>
              <w:rPr>
                <w:sz w:val="19"/>
              </w:rPr>
              <w:t>Electricity, water, or internet provider</w:t>
            </w:r>
          </w:p>
        </w:tc>
      </w:tr>
      <w:tr w:rsidR="002A26CF" w14:paraId="5AB942CD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67E2BF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صاحب العمل / الموارد البشرية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168C0CC" w14:textId="77777777" w:rsidR="002A26CF" w:rsidRDefault="00000000">
            <w:r>
              <w:rPr>
                <w:sz w:val="19"/>
              </w:rPr>
              <w:t>Employer / HR</w:t>
            </w:r>
          </w:p>
        </w:tc>
      </w:tr>
      <w:tr w:rsidR="002A26CF" w14:paraId="51557D30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1044938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محامٍ أو منظمة مساعدة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31DB9E52" w14:textId="77777777" w:rsidR="002A26CF" w:rsidRDefault="00000000">
            <w:r>
              <w:rPr>
                <w:sz w:val="19"/>
              </w:rPr>
              <w:t>Attorney or support organization</w:t>
            </w:r>
          </w:p>
        </w:tc>
      </w:tr>
      <w:tr w:rsidR="002A26CF" w14:paraId="1895B217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57B08CA1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صديق أو قريب قريب منك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2B0FCF6F" w14:textId="77777777" w:rsidR="002A26CF" w:rsidRDefault="00000000">
            <w:r>
              <w:rPr>
                <w:sz w:val="19"/>
              </w:rPr>
              <w:t>Trusted friend or nearby relative</w:t>
            </w:r>
          </w:p>
        </w:tc>
      </w:tr>
      <w:tr w:rsidR="002A26CF" w14:paraId="1A30AF55" w14:textId="77777777">
        <w:trPr>
          <w:jc w:val="center"/>
        </w:trPr>
        <w:tc>
          <w:tcPr>
            <w:tcW w:w="496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41DDCAE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ملاحظات الوصول أو ساعات العمل</w:t>
            </w:r>
          </w:p>
        </w:tc>
        <w:tc>
          <w:tcPr>
            <w:tcW w:w="669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5" w:type="dxa"/>
              <w:left w:w="120" w:type="dxa"/>
              <w:bottom w:w="95" w:type="dxa"/>
              <w:right w:w="120" w:type="dxa"/>
            </w:tcMar>
            <w:vAlign w:val="center"/>
          </w:tcPr>
          <w:p w14:paraId="74BD3895" w14:textId="77777777" w:rsidR="002A26CF" w:rsidRDefault="00000000">
            <w:r>
              <w:rPr>
                <w:sz w:val="19"/>
              </w:rPr>
              <w:t>Access notes or office hours</w:t>
            </w:r>
          </w:p>
        </w:tc>
      </w:tr>
    </w:tbl>
    <w:p w14:paraId="58C30574" w14:textId="77777777" w:rsidR="002A26CF" w:rsidRDefault="002A26CF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664"/>
      </w:tblGrid>
      <w:tr w:rsidR="002A26CF" w14:paraId="50F52A0E" w14:textId="77777777">
        <w:trPr>
          <w:jc w:val="center"/>
        </w:trPr>
        <w:tc>
          <w:tcPr>
            <w:tcW w:w="11664" w:type="dxa"/>
            <w:tcBorders>
              <w:top w:val="single" w:sz="12" w:space="0" w:color="C8D7E8"/>
              <w:left w:val="single" w:sz="12" w:space="0" w:color="C8D7E8"/>
              <w:bottom w:val="single" w:sz="12" w:space="0" w:color="C8D7E8"/>
              <w:right w:val="single" w:sz="12" w:space="0" w:color="C8D7E8"/>
            </w:tcBorders>
            <w:shd w:val="clear" w:color="auto" w:fill="EAF2FB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CB5081C" w14:textId="77777777" w:rsidR="002A26CF" w:rsidRDefault="00000000">
            <w:pPr>
              <w:bidi/>
              <w:jc w:val="right"/>
            </w:pPr>
            <w:r>
              <w:rPr>
                <w:b/>
                <w:color w:val="0F3B63"/>
                <w:sz w:val="21"/>
              </w:rPr>
              <w:t>اكتب الأسماء كما تظهر في الهاتف أو البريد حتى يسهل العثور عليها بسرعة.</w:t>
            </w:r>
          </w:p>
          <w:p w14:paraId="5804F343" w14:textId="77777777" w:rsidR="002A26CF" w:rsidRDefault="00000000">
            <w:r>
              <w:rPr>
                <w:color w:val="425466"/>
                <w:sz w:val="19"/>
              </w:rPr>
              <w:t>Write names exactly as they appear in your phone or email so they are easy to find fast.</w:t>
            </w:r>
          </w:p>
        </w:tc>
      </w:tr>
    </w:tbl>
    <w:p w14:paraId="685B3752" w14:textId="77777777" w:rsidR="002A26CF" w:rsidRDefault="002A26CF"/>
    <w:p w14:paraId="0E6635A2" w14:textId="77777777" w:rsidR="002A26CF" w:rsidRDefault="00000000">
      <w:pPr>
        <w:pStyle w:val="ACUSAH1"/>
        <w:bidi/>
        <w:jc w:val="right"/>
      </w:pPr>
      <w:r>
        <w:t>عبارات المدرسة والعيادة</w:t>
      </w:r>
    </w:p>
    <w:p w14:paraId="02245076" w14:textId="77777777" w:rsidR="002A26CF" w:rsidRDefault="00000000">
      <w:r>
        <w:rPr>
          <w:color w:val="6B7280"/>
          <w:sz w:val="20"/>
        </w:rPr>
        <w:t>School and clinic phrasebook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24"/>
        <w:gridCol w:w="4680"/>
        <w:gridCol w:w="3960"/>
      </w:tblGrid>
      <w:tr w:rsidR="002A26CF" w14:paraId="38E740A1" w14:textId="77777777">
        <w:trPr>
          <w:tblHeader/>
          <w:jc w:val="center"/>
        </w:trPr>
        <w:tc>
          <w:tcPr>
            <w:tcW w:w="3024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462F72B8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19"/>
              </w:rPr>
              <w:t>الفئة</w:t>
            </w:r>
          </w:p>
        </w:tc>
        <w:tc>
          <w:tcPr>
            <w:tcW w:w="4680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2550CB00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19"/>
              </w:rPr>
              <w:t>العربية</w:t>
            </w:r>
          </w:p>
        </w:tc>
        <w:tc>
          <w:tcPr>
            <w:tcW w:w="3960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2788746D" w14:textId="77777777" w:rsidR="002A26CF" w:rsidRDefault="00000000">
            <w:pPr>
              <w:jc w:val="center"/>
            </w:pPr>
            <w:r>
              <w:rPr>
                <w:b/>
                <w:color w:val="FFFFFF"/>
                <w:sz w:val="19"/>
              </w:rPr>
              <w:t>English</w:t>
            </w:r>
          </w:p>
        </w:tc>
      </w:tr>
      <w:tr w:rsidR="002A26CF" w14:paraId="4E0E5384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AA741D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المدرسة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D94ED4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أريد مترجمًا عربيًا من فضلك.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55EB9E4" w14:textId="77777777" w:rsidR="002A26CF" w:rsidRDefault="00000000">
            <w:r>
              <w:rPr>
                <w:sz w:val="19"/>
              </w:rPr>
              <w:t>I need an Arabic interpreter, please.</w:t>
            </w:r>
          </w:p>
        </w:tc>
      </w:tr>
      <w:tr w:rsidR="002A26CF" w14:paraId="14C76E9C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6A6DA2E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المدرسة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A0CC76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ابني/ابنتي سيكون غائبًا اليوم.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74B09E4" w14:textId="77777777" w:rsidR="002A26CF" w:rsidRDefault="00000000">
            <w:r>
              <w:rPr>
                <w:sz w:val="19"/>
              </w:rPr>
              <w:t>My child will be absent today.</w:t>
            </w:r>
          </w:p>
        </w:tc>
      </w:tr>
      <w:tr w:rsidR="002A26CF" w14:paraId="1C4A014C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41EB1709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المدرسة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2DF8F3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ما الأوراق المطلوبة للتسجيل؟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0586B7E8" w14:textId="77777777" w:rsidR="002A26CF" w:rsidRDefault="00000000">
            <w:r>
              <w:rPr>
                <w:sz w:val="19"/>
              </w:rPr>
              <w:t>What documents are required for enrollment?</w:t>
            </w:r>
          </w:p>
        </w:tc>
      </w:tr>
      <w:tr w:rsidR="002A26CF" w14:paraId="6882C2AA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E20750F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المدرسة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E379FFC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أحتاج موعدًا مع المرشد أو المعلم.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70150BA" w14:textId="77777777" w:rsidR="002A26CF" w:rsidRDefault="00000000">
            <w:r>
              <w:rPr>
                <w:sz w:val="19"/>
              </w:rPr>
              <w:t>I need an appointment with the counselor or teacher.</w:t>
            </w:r>
          </w:p>
        </w:tc>
      </w:tr>
      <w:tr w:rsidR="002A26CF" w14:paraId="773B2514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B72DE74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العيادة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00CCFB29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أريد تحديد موعد جديد.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2CC007A" w14:textId="77777777" w:rsidR="002A26CF" w:rsidRDefault="00000000">
            <w:r>
              <w:rPr>
                <w:sz w:val="19"/>
              </w:rPr>
              <w:t>I need to schedule a new appointment.</w:t>
            </w:r>
          </w:p>
        </w:tc>
      </w:tr>
      <w:tr w:rsidR="002A26CF" w14:paraId="4BA3435E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30A76FD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العيادة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383922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هل يوجد مترجم عربي؟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98B2F52" w14:textId="77777777" w:rsidR="002A26CF" w:rsidRDefault="00000000">
            <w:r>
              <w:rPr>
                <w:sz w:val="19"/>
              </w:rPr>
              <w:t>Is an Arabic interpreter available?</w:t>
            </w:r>
          </w:p>
        </w:tc>
      </w:tr>
      <w:tr w:rsidR="002A26CF" w14:paraId="2EFDB3DF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15C3A2D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العيادة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A309FB2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أحتاج نسخة من الوصفة أو التقرير.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66B5738" w14:textId="77777777" w:rsidR="002A26CF" w:rsidRDefault="00000000">
            <w:r>
              <w:rPr>
                <w:sz w:val="19"/>
              </w:rPr>
              <w:t>I need a copy of the prescription or report.</w:t>
            </w:r>
          </w:p>
        </w:tc>
      </w:tr>
      <w:tr w:rsidR="002A26CF" w14:paraId="6071914F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5EA3226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العيادة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492C83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ما اسم الدواء وكيف أستخدمه؟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E182C8A" w14:textId="77777777" w:rsidR="002A26CF" w:rsidRDefault="00000000">
            <w:r>
              <w:rPr>
                <w:sz w:val="19"/>
              </w:rPr>
              <w:t>What is the medicine name and how do I use it?</w:t>
            </w:r>
          </w:p>
        </w:tc>
      </w:tr>
      <w:tr w:rsidR="002A26CF" w14:paraId="7892DB88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FE0621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العيادة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E20A0E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أين أذهب إذا كانت الحالة عاجلة؟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24CA1BA2" w14:textId="77777777" w:rsidR="002A26CF" w:rsidRDefault="00000000">
            <w:r>
              <w:rPr>
                <w:sz w:val="19"/>
              </w:rPr>
              <w:t>Where should I go if the issue becomes urgent?</w:t>
            </w:r>
          </w:p>
        </w:tc>
      </w:tr>
    </w:tbl>
    <w:p w14:paraId="34FCEDC3" w14:textId="77777777" w:rsidR="002A26CF" w:rsidRDefault="002A26CF"/>
    <w:p w14:paraId="663A2755" w14:textId="77777777" w:rsidR="002A26CF" w:rsidRDefault="00000000">
      <w:pPr>
        <w:pStyle w:val="ACUSAH1"/>
        <w:bidi/>
        <w:jc w:val="right"/>
      </w:pPr>
      <w:r>
        <w:lastRenderedPageBreak/>
        <w:t>عبارات السكن والعمل والحياة اليومية</w:t>
      </w:r>
    </w:p>
    <w:p w14:paraId="6003CB62" w14:textId="77777777" w:rsidR="002A26CF" w:rsidRDefault="00000000">
      <w:r>
        <w:rPr>
          <w:color w:val="6B7280"/>
          <w:sz w:val="20"/>
        </w:rPr>
        <w:t>Housing, work, and daily life phrasebook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24"/>
        <w:gridCol w:w="4680"/>
        <w:gridCol w:w="3960"/>
      </w:tblGrid>
      <w:tr w:rsidR="002A26CF" w14:paraId="30630485" w14:textId="77777777">
        <w:trPr>
          <w:tblHeader/>
          <w:jc w:val="center"/>
        </w:trPr>
        <w:tc>
          <w:tcPr>
            <w:tcW w:w="3024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0C9E50D6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19"/>
              </w:rPr>
              <w:t>الفئة</w:t>
            </w:r>
          </w:p>
        </w:tc>
        <w:tc>
          <w:tcPr>
            <w:tcW w:w="4680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308FDA3D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19"/>
              </w:rPr>
              <w:t>العربية</w:t>
            </w:r>
          </w:p>
        </w:tc>
        <w:tc>
          <w:tcPr>
            <w:tcW w:w="3960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19B42E5A" w14:textId="77777777" w:rsidR="002A26CF" w:rsidRDefault="00000000">
            <w:pPr>
              <w:jc w:val="center"/>
            </w:pPr>
            <w:r>
              <w:rPr>
                <w:b/>
                <w:color w:val="FFFFFF"/>
                <w:sz w:val="19"/>
              </w:rPr>
              <w:t>English</w:t>
            </w:r>
          </w:p>
        </w:tc>
      </w:tr>
      <w:tr w:rsidR="002A26CF" w14:paraId="63A2A510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61B12347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السكن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63A3472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أحتاج شرحًا لعقد الإيجار.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09ECFC95" w14:textId="77777777" w:rsidR="002A26CF" w:rsidRDefault="00000000">
            <w:r>
              <w:rPr>
                <w:sz w:val="19"/>
              </w:rPr>
              <w:t>I need the lease explained.</w:t>
            </w:r>
          </w:p>
        </w:tc>
      </w:tr>
      <w:tr w:rsidR="002A26CF" w14:paraId="32BBF1F6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1A334D8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السكن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D2F411A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هناك عطل في الشقة ويحتاج إلى إصلاح.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8E13506" w14:textId="77777777" w:rsidR="002A26CF" w:rsidRDefault="00000000">
            <w:r>
              <w:rPr>
                <w:sz w:val="19"/>
              </w:rPr>
              <w:t>There is a problem in the apartment that needs repair.</w:t>
            </w:r>
          </w:p>
        </w:tc>
      </w:tr>
      <w:tr w:rsidR="002A26CF" w14:paraId="17110D9D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6F3E287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السكن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EA3E6C7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أريد معرفة موعد دفع الإيجار.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0D92FF1" w14:textId="77777777" w:rsidR="002A26CF" w:rsidRDefault="00000000">
            <w:r>
              <w:rPr>
                <w:sz w:val="19"/>
              </w:rPr>
              <w:t>I want to confirm the rent due date.</w:t>
            </w:r>
          </w:p>
        </w:tc>
      </w:tr>
      <w:tr w:rsidR="002A26CF" w14:paraId="4BF03334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04440A71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العمل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415152B0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أحتاج نسخة من جدول الدوام.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67DE0845" w14:textId="77777777" w:rsidR="002A26CF" w:rsidRDefault="00000000">
            <w:r>
              <w:rPr>
                <w:sz w:val="19"/>
              </w:rPr>
              <w:t>I need a copy of the work schedule.</w:t>
            </w:r>
          </w:p>
        </w:tc>
      </w:tr>
      <w:tr w:rsidR="002A26CF" w14:paraId="20E546A0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8E9408F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العمل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075E92A8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مع من أتحدث بخصوص الأوراق أو الرواتب؟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22CEF4D" w14:textId="77777777" w:rsidR="002A26CF" w:rsidRDefault="00000000">
            <w:r>
              <w:rPr>
                <w:sz w:val="19"/>
              </w:rPr>
              <w:t>Who do I speak to about paperwork or pay?</w:t>
            </w:r>
          </w:p>
        </w:tc>
      </w:tr>
      <w:tr w:rsidR="002A26CF" w14:paraId="6D15415E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6D31FF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العمل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C7D6D1E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أحتاج تحديث عنواني أو هاتفي في الملف.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2CFE873" w14:textId="77777777" w:rsidR="002A26CF" w:rsidRDefault="00000000">
            <w:r>
              <w:rPr>
                <w:sz w:val="19"/>
              </w:rPr>
              <w:t>I need to update my address or phone number on file.</w:t>
            </w:r>
          </w:p>
        </w:tc>
      </w:tr>
      <w:tr w:rsidR="002A26CF" w14:paraId="45998E78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637998D3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يومي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4AE8C339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هل يمكن كتابة التعليمات لي؟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E96431D" w14:textId="77777777" w:rsidR="002A26CF" w:rsidRDefault="00000000">
            <w:r>
              <w:rPr>
                <w:sz w:val="19"/>
              </w:rPr>
              <w:t>Could you write the instructions down for me?</w:t>
            </w:r>
          </w:p>
        </w:tc>
      </w:tr>
      <w:tr w:rsidR="002A26CF" w14:paraId="57AC4B2A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2EFB70C1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يومي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F2169CF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من فضلك تحدث ببطء.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FE53843" w14:textId="77777777" w:rsidR="002A26CF" w:rsidRDefault="00000000">
            <w:r>
              <w:rPr>
                <w:sz w:val="19"/>
              </w:rPr>
              <w:t>Please speak slowly.</w:t>
            </w:r>
          </w:p>
        </w:tc>
      </w:tr>
      <w:tr w:rsidR="002A26CF" w14:paraId="1A90340E" w14:textId="77777777">
        <w:trPr>
          <w:jc w:val="center"/>
        </w:trPr>
        <w:tc>
          <w:tcPr>
            <w:tcW w:w="3024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07CC6885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يومي</w:t>
            </w:r>
          </w:p>
        </w:tc>
        <w:tc>
          <w:tcPr>
            <w:tcW w:w="468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47D27D20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أفهم قليلًا من الإنجليزية.</w:t>
            </w:r>
          </w:p>
        </w:tc>
        <w:tc>
          <w:tcPr>
            <w:tcW w:w="396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117010D" w14:textId="77777777" w:rsidR="002A26CF" w:rsidRDefault="00000000">
            <w:r>
              <w:rPr>
                <w:sz w:val="19"/>
              </w:rPr>
              <w:t>I understand a little English.</w:t>
            </w:r>
          </w:p>
        </w:tc>
      </w:tr>
    </w:tbl>
    <w:p w14:paraId="2929B8F5" w14:textId="77777777" w:rsidR="002A26CF" w:rsidRDefault="002A26CF"/>
    <w:p w14:paraId="40A94780" w14:textId="77777777" w:rsidR="002A26CF" w:rsidRDefault="00000000">
      <w:pPr>
        <w:pStyle w:val="ACUSAH1"/>
        <w:bidi/>
        <w:jc w:val="right"/>
      </w:pPr>
      <w:r>
        <w:t>نماذج سريعة وملاحظات</w:t>
      </w:r>
    </w:p>
    <w:p w14:paraId="3928D1B1" w14:textId="77777777" w:rsidR="002A26CF" w:rsidRDefault="00000000">
      <w:r>
        <w:rPr>
          <w:color w:val="6B7280"/>
          <w:sz w:val="20"/>
        </w:rPr>
        <w:t>Quick templates and notes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736"/>
        <w:gridCol w:w="5040"/>
        <w:gridCol w:w="3888"/>
      </w:tblGrid>
      <w:tr w:rsidR="002A26CF" w14:paraId="6441377A" w14:textId="77777777">
        <w:trPr>
          <w:tblHeader/>
          <w:jc w:val="center"/>
        </w:trPr>
        <w:tc>
          <w:tcPr>
            <w:tcW w:w="2736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6E01451F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19"/>
              </w:rPr>
              <w:t>النموذج</w:t>
            </w:r>
          </w:p>
        </w:tc>
        <w:tc>
          <w:tcPr>
            <w:tcW w:w="5040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41C59D97" w14:textId="77777777" w:rsidR="002A26CF" w:rsidRDefault="00000000">
            <w:pPr>
              <w:bidi/>
              <w:jc w:val="center"/>
            </w:pPr>
            <w:r>
              <w:rPr>
                <w:b/>
                <w:color w:val="FFFFFF"/>
                <w:sz w:val="19"/>
              </w:rPr>
              <w:t>العربية</w:t>
            </w:r>
          </w:p>
        </w:tc>
        <w:tc>
          <w:tcPr>
            <w:tcW w:w="3888" w:type="dxa"/>
            <w:tcBorders>
              <w:top w:val="single" w:sz="8" w:space="0" w:color="0F3B63"/>
              <w:left w:val="single" w:sz="8" w:space="0" w:color="0F3B63"/>
              <w:bottom w:val="single" w:sz="8" w:space="0" w:color="0F3B63"/>
              <w:right w:val="single" w:sz="8" w:space="0" w:color="0F3B63"/>
            </w:tcBorders>
            <w:shd w:val="clear" w:color="auto" w:fill="0F3B63"/>
            <w:tcMar>
              <w:top w:w="105" w:type="dxa"/>
              <w:left w:w="110" w:type="dxa"/>
              <w:bottom w:w="105" w:type="dxa"/>
              <w:right w:w="110" w:type="dxa"/>
            </w:tcMar>
          </w:tcPr>
          <w:p w14:paraId="553B6FEA" w14:textId="77777777" w:rsidR="002A26CF" w:rsidRDefault="00000000">
            <w:pPr>
              <w:jc w:val="center"/>
            </w:pPr>
            <w:r>
              <w:rPr>
                <w:b/>
                <w:color w:val="FFFFFF"/>
                <w:sz w:val="19"/>
              </w:rPr>
              <w:t>English</w:t>
            </w:r>
          </w:p>
        </w:tc>
      </w:tr>
      <w:tr w:rsidR="002A26CF" w14:paraId="05B29992" w14:textId="77777777">
        <w:trPr>
          <w:jc w:val="center"/>
        </w:trPr>
        <w:tc>
          <w:tcPr>
            <w:tcW w:w="273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4FA2A7F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رسالة للمدرسة</w:t>
            </w:r>
          </w:p>
        </w:tc>
        <w:tc>
          <w:tcPr>
            <w:tcW w:w="504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C3D288B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ابني/ابنتي سيكون غائبًا اليوم بسبب ظرف عائلي. شكرًا لتفهمكم.</w:t>
            </w:r>
          </w:p>
        </w:tc>
        <w:tc>
          <w:tcPr>
            <w:tcW w:w="388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5149579A" w14:textId="77777777" w:rsidR="002A26CF" w:rsidRDefault="00000000">
            <w:r>
              <w:rPr>
                <w:sz w:val="19"/>
              </w:rPr>
              <w:t>My child will be absent today due to a family matter. Thank you for your understanding.</w:t>
            </w:r>
          </w:p>
        </w:tc>
      </w:tr>
      <w:tr w:rsidR="002A26CF" w14:paraId="3E7B4C73" w14:textId="77777777">
        <w:trPr>
          <w:jc w:val="center"/>
        </w:trPr>
        <w:tc>
          <w:tcPr>
            <w:tcW w:w="273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2FBA3BB9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طلب مترجم</w:t>
            </w:r>
          </w:p>
        </w:tc>
        <w:tc>
          <w:tcPr>
            <w:tcW w:w="504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691FF34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أحتاج مترجمًا عربيًا في الموعد القادم.</w:t>
            </w:r>
          </w:p>
        </w:tc>
        <w:tc>
          <w:tcPr>
            <w:tcW w:w="388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FFFFF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79F81CF1" w14:textId="77777777" w:rsidR="002A26CF" w:rsidRDefault="00000000">
            <w:r>
              <w:rPr>
                <w:sz w:val="19"/>
              </w:rPr>
              <w:t>I need an Arabic interpreter for the next appointment.</w:t>
            </w:r>
          </w:p>
        </w:tc>
      </w:tr>
      <w:tr w:rsidR="002A26CF" w14:paraId="6032C5C0" w14:textId="77777777">
        <w:trPr>
          <w:jc w:val="center"/>
        </w:trPr>
        <w:tc>
          <w:tcPr>
            <w:tcW w:w="2736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B30BE35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طلب موعد</w:t>
            </w:r>
          </w:p>
        </w:tc>
        <w:tc>
          <w:tcPr>
            <w:tcW w:w="5040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37FDB658" w14:textId="77777777" w:rsidR="002A26CF" w:rsidRDefault="00000000">
            <w:pPr>
              <w:bidi/>
              <w:jc w:val="right"/>
            </w:pPr>
            <w:r>
              <w:rPr>
                <w:sz w:val="19"/>
              </w:rPr>
              <w:t>أرغب في تحديد موعد هذا الأسبوع إذا أمكن.</w:t>
            </w:r>
          </w:p>
        </w:tc>
        <w:tc>
          <w:tcPr>
            <w:tcW w:w="3888" w:type="dxa"/>
            <w:tcBorders>
              <w:top w:val="single" w:sz="4" w:space="0" w:color="D7DEE7"/>
              <w:left w:val="single" w:sz="4" w:space="0" w:color="D7DEE7"/>
              <w:bottom w:val="single" w:sz="4" w:space="0" w:color="D7DEE7"/>
              <w:right w:val="single" w:sz="4" w:space="0" w:color="D7DEE7"/>
            </w:tcBorders>
            <w:shd w:val="clear" w:color="auto" w:fill="F8FAFC"/>
            <w:tcMar>
              <w:top w:w="92" w:type="dxa"/>
              <w:left w:w="100" w:type="dxa"/>
              <w:bottom w:w="92" w:type="dxa"/>
              <w:right w:w="100" w:type="dxa"/>
            </w:tcMar>
            <w:vAlign w:val="center"/>
          </w:tcPr>
          <w:p w14:paraId="1B492590" w14:textId="77777777" w:rsidR="002A26CF" w:rsidRDefault="00000000">
            <w:r>
              <w:rPr>
                <w:sz w:val="19"/>
              </w:rPr>
              <w:t>I would like to schedule an appointment this week if possible.</w:t>
            </w:r>
          </w:p>
        </w:tc>
      </w:tr>
    </w:tbl>
    <w:p w14:paraId="16D938AF" w14:textId="77777777" w:rsidR="002A26CF" w:rsidRDefault="002A26CF"/>
    <w:sectPr w:rsidR="002A26CF" w:rsidSect="00034616">
      <w:footerReference w:type="default" r:id="rId8"/>
      <w:pgSz w:w="12240" w:h="15840"/>
      <w:pgMar w:top="936" w:right="936" w:bottom="936" w:left="9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CD401" w14:textId="77777777" w:rsidR="00F137F4" w:rsidRDefault="00F137F4">
      <w:pPr>
        <w:spacing w:after="0" w:line="240" w:lineRule="auto"/>
      </w:pPr>
      <w:r>
        <w:separator/>
      </w:r>
    </w:p>
  </w:endnote>
  <w:endnote w:type="continuationSeparator" w:id="0">
    <w:p w14:paraId="144D4783" w14:textId="77777777" w:rsidR="00F137F4" w:rsidRDefault="00F13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Arabic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FAF22" w14:textId="77777777" w:rsidR="002A26CF" w:rsidRDefault="00000000">
    <w:pPr>
      <w:pStyle w:val="Footer"/>
      <w:jc w:val="center"/>
    </w:pPr>
    <w:proofErr w:type="spellStart"/>
    <w:r>
      <w:rPr>
        <w:color w:val="6B7280"/>
        <w:sz w:val="16"/>
      </w:rPr>
      <w:t>دليل</w:t>
    </w:r>
    <w:proofErr w:type="spellEnd"/>
    <w:r>
      <w:rPr>
        <w:color w:val="6B7280"/>
        <w:sz w:val="16"/>
      </w:rPr>
      <w:t xml:space="preserve"> </w:t>
    </w:r>
    <w:proofErr w:type="spellStart"/>
    <w:r>
      <w:rPr>
        <w:color w:val="6B7280"/>
        <w:sz w:val="16"/>
      </w:rPr>
      <w:t>البداية</w:t>
    </w:r>
    <w:proofErr w:type="spellEnd"/>
    <w:r>
      <w:rPr>
        <w:color w:val="6B7280"/>
        <w:sz w:val="16"/>
      </w:rPr>
      <w:t xml:space="preserve"> </w:t>
    </w:r>
    <w:proofErr w:type="spellStart"/>
    <w:r>
      <w:rPr>
        <w:color w:val="6B7280"/>
        <w:sz w:val="16"/>
      </w:rPr>
      <w:t>السريعة</w:t>
    </w:r>
    <w:proofErr w:type="spellEnd"/>
    <w:r>
      <w:rPr>
        <w:color w:val="6B7280"/>
        <w:sz w:val="16"/>
      </w:rPr>
      <w:t xml:space="preserve"> </w:t>
    </w:r>
    <w:proofErr w:type="spellStart"/>
    <w:r>
      <w:rPr>
        <w:color w:val="6B7280"/>
        <w:sz w:val="16"/>
      </w:rPr>
      <w:t>للجالية</w:t>
    </w:r>
    <w:proofErr w:type="spellEnd"/>
    <w:r>
      <w:rPr>
        <w:color w:val="6B7280"/>
        <w:sz w:val="16"/>
      </w:rPr>
      <w:t xml:space="preserve"> </w:t>
    </w:r>
    <w:proofErr w:type="spellStart"/>
    <w:r>
      <w:rPr>
        <w:color w:val="6B7280"/>
        <w:sz w:val="16"/>
      </w:rPr>
      <w:t>العربية</w:t>
    </w:r>
    <w:proofErr w:type="spellEnd"/>
    <w:r>
      <w:rPr>
        <w:color w:val="6B7280"/>
        <w:sz w:val="16"/>
      </w:rPr>
      <w:t xml:space="preserve"> </w:t>
    </w:r>
    <w:proofErr w:type="spellStart"/>
    <w:r>
      <w:rPr>
        <w:color w:val="6B7280"/>
        <w:sz w:val="16"/>
      </w:rPr>
      <w:t>في</w:t>
    </w:r>
    <w:proofErr w:type="spellEnd"/>
    <w:r>
      <w:rPr>
        <w:color w:val="6B7280"/>
        <w:sz w:val="16"/>
      </w:rPr>
      <w:t xml:space="preserve"> </w:t>
    </w:r>
    <w:proofErr w:type="spellStart"/>
    <w:r>
      <w:rPr>
        <w:color w:val="6B7280"/>
        <w:sz w:val="16"/>
      </w:rPr>
      <w:t>أمريكا</w:t>
    </w:r>
    <w:proofErr w:type="spellEnd"/>
    <w:r>
      <w:rPr>
        <w:color w:val="6B7280"/>
        <w:sz w:val="16"/>
      </w:rPr>
      <w:t xml:space="preserve"> | Arabic-English Newcomer Starter Pack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6CB67" w14:textId="77777777" w:rsidR="00F137F4" w:rsidRDefault="00F137F4">
      <w:pPr>
        <w:spacing w:after="0" w:line="240" w:lineRule="auto"/>
      </w:pPr>
      <w:r>
        <w:separator/>
      </w:r>
    </w:p>
  </w:footnote>
  <w:footnote w:type="continuationSeparator" w:id="0">
    <w:p w14:paraId="54255F84" w14:textId="77777777" w:rsidR="00F137F4" w:rsidRDefault="00F137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72380015">
    <w:abstractNumId w:val="8"/>
  </w:num>
  <w:num w:numId="2" w16cid:durableId="1861047985">
    <w:abstractNumId w:val="6"/>
  </w:num>
  <w:num w:numId="3" w16cid:durableId="2087652004">
    <w:abstractNumId w:val="5"/>
  </w:num>
  <w:num w:numId="4" w16cid:durableId="1258631571">
    <w:abstractNumId w:val="4"/>
  </w:num>
  <w:num w:numId="5" w16cid:durableId="19747699">
    <w:abstractNumId w:val="7"/>
  </w:num>
  <w:num w:numId="6" w16cid:durableId="431320102">
    <w:abstractNumId w:val="3"/>
  </w:num>
  <w:num w:numId="7" w16cid:durableId="1607227043">
    <w:abstractNumId w:val="2"/>
  </w:num>
  <w:num w:numId="8" w16cid:durableId="72819312">
    <w:abstractNumId w:val="1"/>
  </w:num>
  <w:num w:numId="9" w16cid:durableId="1463814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7462F"/>
    <w:rsid w:val="0029639D"/>
    <w:rsid w:val="002A26CF"/>
    <w:rsid w:val="00326F90"/>
    <w:rsid w:val="007A3262"/>
    <w:rsid w:val="00AA1D8D"/>
    <w:rsid w:val="00B47730"/>
    <w:rsid w:val="00CB0664"/>
    <w:rsid w:val="00F137F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0D073B"/>
  <w14:defaultImageDpi w14:val="300"/>
  <w15:docId w15:val="{328EC737-CFFE-4294-960B-B297CCDFC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100" w:line="269" w:lineRule="auto"/>
    </w:pPr>
    <w:rPr>
      <w:rFonts w:ascii="Noto Sans Arabic" w:eastAsia="Noto Sans Arabic" w:hAnsi="Noto Sans Arabic" w:cs="Noto Sans Arabic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ACUSAH1">
    <w:name w:val="ACUSA H1"/>
    <w:pPr>
      <w:spacing w:before="120" w:after="40"/>
    </w:pPr>
    <w:rPr>
      <w:rFonts w:ascii="Noto Sans Arabic" w:eastAsia="Noto Sans Arabic" w:hAnsi="Noto Sans Arabic" w:cs="Noto Sans Arabic"/>
      <w:b/>
      <w:color w:val="0F3B63"/>
      <w:sz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919</Words>
  <Characters>5243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diaa shtaya</cp:lastModifiedBy>
  <cp:revision>3</cp:revision>
  <dcterms:created xsi:type="dcterms:W3CDTF">2013-12-23T23:15:00Z</dcterms:created>
  <dcterms:modified xsi:type="dcterms:W3CDTF">2026-03-15T18:18:00Z</dcterms:modified>
  <cp:category/>
</cp:coreProperties>
</file>