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esumeName"/>
      </w:pPr>
      <w:r>
        <w:t>[FULL NAME]</w:t>
      </w:r>
    </w:p>
    <w:p>
      <w:pPr>
        <w:pStyle w:val="ResumeTitle"/>
      </w:pPr>
      <w:r>
        <w:t>Target Role or Professional Title</w:t>
      </w:r>
    </w:p>
    <w:p>
      <w:pPr>
        <w:pStyle w:val="ContactLine"/>
      </w:pPr>
      <w:r>
        <w:t>[City, State]  |  [Phone Number]  |  [Professional Email]  |  [LinkedIn URL]  |  [Portfolio/Website]</w:t>
      </w:r>
    </w:p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368"/>
      </w:tblGrid>
      <w:tr>
        <w:tc>
          <w:tcPr>
            <w:tcW w:type="dxa" w:w="10368"/>
            <w:shd w:fill="DCE6F2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368"/>
      </w:tblGrid>
      <w:tr>
        <w:tc>
          <w:tcPr>
            <w:tcW w:type="dxa" w:w="10368"/>
            <w:shd w:fill="183B6B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pStyle w:val="SectionHeading"/>
              <w:jc w:val="left"/>
            </w:pPr>
            <w:r>
              <w:t>PROFESSIONAL SUMMARY</w:t>
            </w:r>
          </w:p>
        </w:tc>
      </w:tr>
    </w:tbl>
    <w:p>
      <w:pPr>
        <w:pStyle w:val="ResumeBody"/>
      </w:pPr>
      <w:r>
        <w:t xml:space="preserve">Results-driven professional with [X]+ years of experience in [industry/function], specializing in [core strengths]. </w:t>
      </w:r>
      <w:r>
        <w:rPr>
          <w:b/>
        </w:rPr>
        <w:t xml:space="preserve">Known for </w:t>
      </w:r>
      <w:r>
        <w:t>[achievement theme, e.g., improving operations, managing clients, delivering projects, or driving growth] through a mix of strategic thinking, execution discipline, and strong cross-functional collaboration.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368"/>
      </w:tblGrid>
      <w:tr>
        <w:tc>
          <w:tcPr>
            <w:tcW w:type="dxa" w:w="10368"/>
            <w:shd w:fill="183B6B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pStyle w:val="SectionHeading"/>
              <w:jc w:val="left"/>
            </w:pPr>
            <w:r>
              <w:t>CORE COMPETENCIES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184"/>
        <w:gridCol w:w="5184"/>
      </w:tblGrid>
      <w:tr>
        <w:tc>
          <w:tcPr>
            <w:tcW w:type="dxa" w:w="5184"/>
            <w:tcMar>
              <w:top w:w="50" w:type="dxa"/>
              <w:start w:w="70" w:type="dxa"/>
              <w:bottom w:w="50" w:type="dxa"/>
              <w:end w:w="70" w:type="dxa"/>
            </w:tcMar>
          </w:tcPr>
          <w:p>
            <w:pPr>
              <w:pStyle w:val="MiniText"/>
            </w:pPr>
            <w:r>
              <w:rPr>
                <w:b/>
              </w:rPr>
              <w:t xml:space="preserve">• </w:t>
            </w:r>
            <w:r>
              <w:t>Project Coordination &amp; Execution</w:t>
            </w:r>
          </w:p>
        </w:tc>
        <w:tc>
          <w:tcPr>
            <w:tcW w:type="dxa" w:w="5184"/>
            <w:tcMar>
              <w:top w:w="50" w:type="dxa"/>
              <w:start w:w="70" w:type="dxa"/>
              <w:bottom w:w="50" w:type="dxa"/>
              <w:end w:w="70" w:type="dxa"/>
            </w:tcMar>
          </w:tcPr>
          <w:p>
            <w:pPr>
              <w:pStyle w:val="MiniText"/>
            </w:pPr>
            <w:r>
              <w:rPr>
                <w:b/>
              </w:rPr>
              <w:t xml:space="preserve">• </w:t>
            </w:r>
            <w:r>
              <w:t>Client / Stakeholder Communication</w:t>
            </w:r>
          </w:p>
        </w:tc>
      </w:tr>
      <w:tr>
        <w:tc>
          <w:tcPr>
            <w:tcW w:type="dxa" w:w="5184"/>
            <w:tcMar>
              <w:top w:w="50" w:type="dxa"/>
              <w:start w:w="70" w:type="dxa"/>
              <w:bottom w:w="50" w:type="dxa"/>
              <w:end w:w="70" w:type="dxa"/>
            </w:tcMar>
          </w:tcPr>
          <w:p>
            <w:pPr>
              <w:pStyle w:val="MiniText"/>
            </w:pPr>
            <w:r>
              <w:rPr>
                <w:b/>
              </w:rPr>
              <w:t xml:space="preserve">• </w:t>
            </w:r>
            <w:r>
              <w:t>Process Improvement</w:t>
            </w:r>
          </w:p>
        </w:tc>
        <w:tc>
          <w:tcPr>
            <w:tcW w:type="dxa" w:w="5184"/>
            <w:tcMar>
              <w:top w:w="50" w:type="dxa"/>
              <w:start w:w="70" w:type="dxa"/>
              <w:bottom w:w="50" w:type="dxa"/>
              <w:end w:w="70" w:type="dxa"/>
            </w:tcMar>
          </w:tcPr>
          <w:p>
            <w:pPr>
              <w:pStyle w:val="MiniText"/>
            </w:pPr>
            <w:r>
              <w:rPr>
                <w:b/>
              </w:rPr>
              <w:t xml:space="preserve">• </w:t>
            </w:r>
            <w:r>
              <w:t>Data Reporting &amp; Analysis</w:t>
            </w:r>
          </w:p>
        </w:tc>
      </w:tr>
      <w:tr>
        <w:tc>
          <w:tcPr>
            <w:tcW w:type="dxa" w:w="5184"/>
            <w:tcMar>
              <w:top w:w="50" w:type="dxa"/>
              <w:start w:w="70" w:type="dxa"/>
              <w:bottom w:w="50" w:type="dxa"/>
              <w:end w:w="70" w:type="dxa"/>
            </w:tcMar>
          </w:tcPr>
          <w:p>
            <w:pPr>
              <w:pStyle w:val="MiniText"/>
            </w:pPr>
            <w:r>
              <w:rPr>
                <w:b/>
              </w:rPr>
              <w:t xml:space="preserve">• </w:t>
            </w:r>
            <w:r>
              <w:t>Team Collaboration</w:t>
            </w:r>
          </w:p>
        </w:tc>
        <w:tc>
          <w:tcPr>
            <w:tcW w:type="dxa" w:w="5184"/>
            <w:tcMar>
              <w:top w:w="50" w:type="dxa"/>
              <w:start w:w="70" w:type="dxa"/>
              <w:bottom w:w="50" w:type="dxa"/>
              <w:end w:w="70" w:type="dxa"/>
            </w:tcMar>
          </w:tcPr>
          <w:p>
            <w:pPr>
              <w:pStyle w:val="MiniText"/>
            </w:pPr>
            <w:r>
              <w:rPr>
                <w:b/>
              </w:rPr>
              <w:t xml:space="preserve">• </w:t>
            </w:r>
            <w:r>
              <w:t>Documentation &amp; Presentation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368"/>
      </w:tblGrid>
      <w:tr>
        <w:tc>
          <w:tcPr>
            <w:tcW w:type="dxa" w:w="10368"/>
            <w:shd w:fill="183B6B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pStyle w:val="SectionHeading"/>
              <w:jc w:val="left"/>
            </w:pPr>
            <w:r>
              <w:t>PROFESSIONAL EXPERIENCE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184"/>
        <w:gridCol w:w="5184"/>
      </w:tblGrid>
      <w:tr>
        <w:tc>
          <w:tcPr>
            <w:tcW w:type="dxa" w:w="5184"/>
            <w:tcMar>
              <w:top w:w="25" w:type="dxa"/>
              <w:start w:w="0" w:type="dxa"/>
              <w:bottom w:w="10" w:type="dxa"/>
              <w:end w:w="0" w:type="dxa"/>
            </w:tcMar>
          </w:tcPr>
          <w:p>
            <w:pPr>
              <w:pStyle w:val="RoleHeader"/>
            </w:pPr>
            <w:r>
              <w:t>Most Recent Job Title</w:t>
            </w:r>
          </w:p>
          <w:p>
            <w:pPr>
              <w:pStyle w:val="RoleMeta"/>
            </w:pPr>
            <w:r>
              <w:t>Company Name | City, State</w:t>
            </w:r>
          </w:p>
        </w:tc>
        <w:tc>
          <w:tcPr>
            <w:tcW w:type="dxa" w:w="5184"/>
            <w:tcMar>
              <w:top w:w="25" w:type="dxa"/>
              <w:start w:w="0" w:type="dxa"/>
              <w:bottom w:w="10" w:type="dxa"/>
              <w:end w:w="0" w:type="dxa"/>
            </w:tcMar>
          </w:tcPr>
          <w:p>
            <w:pPr>
              <w:pStyle w:val="RoleMeta"/>
              <w:jc w:val="right"/>
            </w:pPr>
            <w:r>
              <w:rPr>
                <w:b/>
              </w:rPr>
              <w:t>Month Year – Present</w:t>
            </w:r>
          </w:p>
        </w:tc>
      </w:tr>
    </w:tbl>
    <w:p>
      <w:pPr>
        <w:pStyle w:val="ResumeBullet"/>
      </w:pPr>
      <w:r>
        <w:rPr>
          <w:b/>
        </w:rPr>
        <w:t xml:space="preserve">• </w:t>
      </w:r>
      <w:r>
        <w:t>Led [project, team, function, or account scope], achieving [clear result or improvement].</w:t>
      </w:r>
    </w:p>
    <w:p>
      <w:pPr>
        <w:pStyle w:val="ResumeBullet"/>
      </w:pPr>
      <w:r>
        <w:rPr>
          <w:b/>
        </w:rPr>
        <w:t xml:space="preserve">• </w:t>
      </w:r>
      <w:r>
        <w:t>Streamlined [process/workflow/system] and reduced [time, cost, errors, or delays] by [X]%.</w:t>
      </w:r>
    </w:p>
    <w:p>
      <w:pPr>
        <w:pStyle w:val="ResumeBullet"/>
      </w:pPr>
      <w:r>
        <w:rPr>
          <w:b/>
        </w:rPr>
        <w:t xml:space="preserve">• </w:t>
      </w:r>
      <w:r>
        <w:t>Collaborated with [departments/clients/vendors] to deliver [initiative/outcome] on schedule.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184"/>
        <w:gridCol w:w="5184"/>
      </w:tblGrid>
      <w:tr>
        <w:tc>
          <w:tcPr>
            <w:tcW w:type="dxa" w:w="5184"/>
            <w:tcMar>
              <w:top w:w="25" w:type="dxa"/>
              <w:start w:w="0" w:type="dxa"/>
              <w:bottom w:w="10" w:type="dxa"/>
              <w:end w:w="0" w:type="dxa"/>
            </w:tcMar>
          </w:tcPr>
          <w:p>
            <w:pPr>
              <w:pStyle w:val="RoleHeader"/>
            </w:pPr>
            <w:r>
              <w:t>Previous Job Title</w:t>
            </w:r>
          </w:p>
          <w:p>
            <w:pPr>
              <w:pStyle w:val="RoleMeta"/>
            </w:pPr>
            <w:r>
              <w:t>Company Name | City, State</w:t>
            </w:r>
          </w:p>
        </w:tc>
        <w:tc>
          <w:tcPr>
            <w:tcW w:type="dxa" w:w="5184"/>
            <w:tcMar>
              <w:top w:w="25" w:type="dxa"/>
              <w:start w:w="0" w:type="dxa"/>
              <w:bottom w:w="10" w:type="dxa"/>
              <w:end w:w="0" w:type="dxa"/>
            </w:tcMar>
          </w:tcPr>
          <w:p>
            <w:pPr>
              <w:pStyle w:val="RoleMeta"/>
              <w:jc w:val="right"/>
            </w:pPr>
            <w:r>
              <w:rPr>
                <w:b/>
              </w:rPr>
              <w:t>Month Year – Month Year</w:t>
            </w:r>
          </w:p>
        </w:tc>
      </w:tr>
    </w:tbl>
    <w:p>
      <w:pPr>
        <w:pStyle w:val="ResumeBullet"/>
      </w:pPr>
      <w:r>
        <w:rPr>
          <w:b/>
        </w:rPr>
        <w:t xml:space="preserve">• </w:t>
      </w:r>
      <w:r>
        <w:t>Managed [responsibility area], supporting [volume, stakeholders, budget, or region].</w:t>
      </w:r>
    </w:p>
    <w:p>
      <w:pPr>
        <w:pStyle w:val="ResumeBullet"/>
      </w:pPr>
      <w:r>
        <w:rPr>
          <w:b/>
        </w:rPr>
        <w:t xml:space="preserve">• </w:t>
      </w:r>
      <w:r>
        <w:t>Created or improved [reporting/tool/process], increasing visibility and decision quality.</w:t>
      </w:r>
    </w:p>
    <w:p>
      <w:pPr>
        <w:pStyle w:val="ResumeBullet"/>
      </w:pPr>
      <w:r>
        <w:rPr>
          <w:b/>
        </w:rPr>
        <w:t xml:space="preserve">• </w:t>
      </w:r>
      <w:r>
        <w:t>Received recognition for [service quality, productivity, leadership, reliability, or results].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368"/>
      </w:tblGrid>
      <w:tr>
        <w:tc>
          <w:tcPr>
            <w:tcW w:type="dxa" w:w="10368"/>
            <w:shd w:fill="183B6B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pStyle w:val="SectionHeading"/>
              <w:jc w:val="left"/>
            </w:pPr>
            <w:r>
              <w:t>EDUCATION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184"/>
        <w:gridCol w:w="5184"/>
      </w:tblGrid>
      <w:tr>
        <w:tc>
          <w:tcPr>
            <w:tcW w:type="dxa" w:w="5184"/>
            <w:tcMar>
              <w:top w:w="25" w:type="dxa"/>
              <w:start w:w="0" w:type="dxa"/>
              <w:bottom w:w="10" w:type="dxa"/>
              <w:end w:w="0" w:type="dxa"/>
            </w:tcMar>
          </w:tcPr>
          <w:p>
            <w:pPr>
              <w:pStyle w:val="RoleHeader"/>
            </w:pPr>
            <w:r>
              <w:t>Degree / Diploma / Certificate</w:t>
            </w:r>
          </w:p>
          <w:p>
            <w:pPr>
              <w:pStyle w:val="RoleMeta"/>
            </w:pPr>
            <w:r>
              <w:t>Institution Name | City, State</w:t>
            </w:r>
          </w:p>
        </w:tc>
        <w:tc>
          <w:tcPr>
            <w:tcW w:type="dxa" w:w="5184"/>
            <w:tcMar>
              <w:top w:w="25" w:type="dxa"/>
              <w:start w:w="0" w:type="dxa"/>
              <w:bottom w:w="10" w:type="dxa"/>
              <w:end w:w="0" w:type="dxa"/>
            </w:tcMar>
          </w:tcPr>
          <w:p>
            <w:pPr>
              <w:pStyle w:val="RoleMeta"/>
              <w:jc w:val="right"/>
            </w:pPr>
            <w:r>
              <w:rPr>
                <w:b/>
              </w:rPr>
              <w:t>Year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368"/>
      </w:tblGrid>
      <w:tr>
        <w:tc>
          <w:tcPr>
            <w:tcW w:type="dxa" w:w="10368"/>
            <w:shd w:fill="183B6B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pStyle w:val="SectionHeading"/>
              <w:jc w:val="left"/>
            </w:pPr>
            <w:r>
              <w:t>CERTIFICATIONS • PROJECTS • TECHNICAL SKILLS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184"/>
        <w:gridCol w:w="5184"/>
      </w:tblGrid>
      <w:tr>
        <w:tc>
          <w:tcPr>
            <w:tcW w:type="dxa" w:w="5184"/>
            <w:tcMar>
              <w:top w:w="40" w:type="dxa"/>
              <w:start w:w="50" w:type="dxa"/>
              <w:bottom w:w="40" w:type="dxa"/>
              <w:end w:w="50" w:type="dxa"/>
            </w:tcMar>
          </w:tcPr>
          <w:p>
            <w:pPr>
              <w:pStyle w:val="RoleHeader"/>
            </w:pPr>
            <w:r>
              <w:t>Certifications</w:t>
            </w:r>
          </w:p>
          <w:p>
            <w:pPr>
              <w:pStyle w:val="MiniText"/>
            </w:pPr>
            <w:r>
              <w:rPr>
                <w:b/>
              </w:rPr>
              <w:t xml:space="preserve">• </w:t>
            </w:r>
            <w:r>
              <w:t>[Certification Name] | [Issuing Organization] | [Year]</w:t>
            </w:r>
          </w:p>
          <w:p>
            <w:pPr>
              <w:pStyle w:val="MiniText"/>
            </w:pPr>
            <w:r>
              <w:rPr>
                <w:b/>
              </w:rPr>
              <w:t xml:space="preserve">• </w:t>
            </w:r>
            <w:r>
              <w:t>[Certification Name] | [Issuing Organization] | [Year]</w:t>
            </w:r>
          </w:p>
          <w:p>
            <w:pPr>
              <w:pStyle w:val="RoleHeader"/>
              <w:spacing w:before="100"/>
            </w:pPr>
            <w:r>
              <w:t>Selected Project</w:t>
            </w:r>
          </w:p>
          <w:p>
            <w:pPr>
              <w:pStyle w:val="MiniText"/>
            </w:pPr>
            <w:r>
              <w:rPr>
                <w:b/>
              </w:rPr>
              <w:t xml:space="preserve">• </w:t>
            </w:r>
            <w:r>
              <w:t>[Project Name]: Briefly describe the scope, tools used, and measurable business impact.</w:t>
            </w:r>
          </w:p>
        </w:tc>
        <w:tc>
          <w:tcPr>
            <w:tcW w:type="dxa" w:w="5184"/>
            <w:tcMar>
              <w:top w:w="40" w:type="dxa"/>
              <w:start w:w="50" w:type="dxa"/>
              <w:bottom w:w="40" w:type="dxa"/>
              <w:end w:w="50" w:type="dxa"/>
            </w:tcMar>
          </w:tcPr>
          <w:p>
            <w:pPr>
              <w:pStyle w:val="RoleHeader"/>
            </w:pPr>
            <w:r>
              <w:t>Technical Skills</w:t>
            </w:r>
          </w:p>
          <w:p>
            <w:pPr>
              <w:pStyle w:val="MiniText"/>
            </w:pPr>
            <w:r>
              <w:rPr>
                <w:b/>
              </w:rPr>
              <w:t xml:space="preserve">• </w:t>
            </w:r>
            <w:r>
              <w:t>Tools: [Excel, Power BI, Salesforce, QuickBooks, Google Workspace, etc.]</w:t>
            </w:r>
          </w:p>
          <w:p>
            <w:pPr>
              <w:pStyle w:val="MiniText"/>
            </w:pPr>
            <w:r>
              <w:rPr>
                <w:b/>
              </w:rPr>
              <w:t xml:space="preserve">• </w:t>
            </w:r>
            <w:r>
              <w:t>Systems: [ERP / CRM / ATS / POS / Scheduling / Database tools]</w:t>
            </w:r>
          </w:p>
          <w:p>
            <w:pPr>
              <w:pStyle w:val="MiniText"/>
            </w:pPr>
            <w:r>
              <w:rPr>
                <w:b/>
              </w:rPr>
              <w:t xml:space="preserve">• </w:t>
            </w:r>
            <w:r>
              <w:t>Languages: English [Level] | Arabic [Level] | Other [Optional]</w:t>
            </w:r>
          </w:p>
          <w:p>
            <w:pPr>
              <w:pStyle w:val="RoleHeader"/>
              <w:spacing w:before="100"/>
            </w:pPr>
            <w:r>
              <w:t>Optional Add-Ons</w:t>
            </w:r>
          </w:p>
          <w:p>
            <w:pPr>
              <w:pStyle w:val="MiniText"/>
            </w:pPr>
            <w:r>
              <w:rPr>
                <w:b/>
              </w:rPr>
              <w:t xml:space="preserve">• </w:t>
            </w:r>
            <w:r>
              <w:t>Awards, volunteer work, leadership roles, publications, or memberships</w:t>
            </w:r>
          </w:p>
          <w:p>
            <w:pPr>
              <w:pStyle w:val="MiniText"/>
            </w:pPr>
            <w:r>
              <w:rPr>
                <w:b/>
              </w:rPr>
              <w:t xml:space="preserve">• </w:t>
            </w:r>
            <w:r>
              <w:t>Use only sections that strengthen the target role</w:t>
            </w:r>
          </w:p>
        </w:tc>
      </w:tr>
    </w:tbl>
    <w:p>
      <w:pPr>
        <w:pStyle w:val="MiniText"/>
        <w:jc w:val="center"/>
      </w:pPr>
      <w:r>
        <w:rPr>
          <w:i/>
          <w:color w:val="6E6E6E"/>
        </w:rPr>
        <w:t>ATS-friendly template: clean headings, editable text, and no icons or text boxes.</w:t>
      </w:r>
    </w:p>
    <w:sectPr w:rsidR="00FC693F" w:rsidRPr="0006063C" w:rsidSect="00034616">
      <w:pgSz w:w="12240" w:h="15840"/>
      <w:pgMar w:top="792" w:right="936" w:bottom="792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esumeName">
    <w:name w:val="ResumeName"/>
    <w:basedOn w:val="Normal"/>
    <w:pPr>
      <w:spacing w:after="40"/>
    </w:pPr>
    <w:rPr>
      <w:rFonts w:ascii="Aptos" w:hAnsi="Aptos" w:eastAsia="Aptos"/>
      <w:b/>
      <w:color w:val="142C52"/>
      <w:sz w:val="44"/>
    </w:rPr>
  </w:style>
  <w:style w:type="paragraph" w:customStyle="1" w:styleId="ResumeTitle">
    <w:name w:val="ResumeTitle"/>
    <w:basedOn w:val="Normal"/>
    <w:pPr>
      <w:spacing w:after="80"/>
    </w:pPr>
    <w:rPr>
      <w:rFonts w:ascii="Aptos" w:hAnsi="Aptos" w:eastAsia="Aptos"/>
      <w:b/>
      <w:color w:val="405573"/>
      <w:sz w:val="21"/>
    </w:rPr>
  </w:style>
  <w:style w:type="paragraph" w:customStyle="1" w:styleId="ContactLine">
    <w:name w:val="ContactLine"/>
    <w:basedOn w:val="Normal"/>
    <w:pPr>
      <w:spacing w:after="120"/>
    </w:pPr>
    <w:rPr>
      <w:rFonts w:ascii="Aptos" w:hAnsi="Aptos" w:eastAsia="Aptos"/>
      <w:b w:val="0"/>
      <w:color w:val="5A5A5A"/>
      <w:sz w:val="19"/>
    </w:rPr>
  </w:style>
  <w:style w:type="paragraph" w:customStyle="1" w:styleId="SectionHeading">
    <w:name w:val="SectionHeading"/>
    <w:basedOn w:val="Normal"/>
    <w:pPr>
      <w:spacing w:after="0" w:before="0"/>
    </w:pPr>
    <w:rPr>
      <w:rFonts w:ascii="Aptos" w:hAnsi="Aptos" w:eastAsia="Aptos"/>
      <w:b/>
      <w:color w:val="FFFFFF"/>
      <w:sz w:val="21"/>
    </w:rPr>
  </w:style>
  <w:style w:type="paragraph" w:customStyle="1" w:styleId="RoleHeader">
    <w:name w:val="RoleHeader"/>
    <w:basedOn w:val="Normal"/>
    <w:pPr>
      <w:spacing w:after="0" w:before="40"/>
    </w:pPr>
    <w:rPr>
      <w:rFonts w:ascii="Aptos" w:hAnsi="Aptos" w:eastAsia="Aptos"/>
      <w:b/>
      <w:color w:val="182E56"/>
      <w:sz w:val="22"/>
    </w:rPr>
  </w:style>
  <w:style w:type="paragraph" w:customStyle="1" w:styleId="RoleMeta">
    <w:name w:val="RoleMeta"/>
    <w:basedOn w:val="Normal"/>
    <w:pPr>
      <w:spacing w:after="40"/>
    </w:pPr>
    <w:rPr>
      <w:rFonts w:ascii="Aptos" w:hAnsi="Aptos" w:eastAsia="Aptos"/>
      <w:b w:val="0"/>
      <w:color w:val="626262"/>
      <w:sz w:val="19"/>
    </w:rPr>
  </w:style>
  <w:style w:type="paragraph" w:customStyle="1" w:styleId="ResumeBody">
    <w:name w:val="ResumeBody"/>
    <w:basedOn w:val="Normal"/>
    <w:pPr>
      <w:spacing w:after="70" w:line="240" w:lineRule="auto"/>
    </w:pPr>
    <w:rPr>
      <w:rFonts w:ascii="Aptos" w:hAnsi="Aptos" w:eastAsia="Aptos"/>
      <w:b w:val="0"/>
      <w:sz w:val="20"/>
    </w:rPr>
  </w:style>
  <w:style w:type="paragraph" w:customStyle="1" w:styleId="ResumeBullet">
    <w:name w:val="ResumeBullet"/>
    <w:basedOn w:val="Normal"/>
    <w:pPr>
      <w:spacing w:after="30"/>
      <w:ind w:left="259" w:hanging="202"/>
    </w:pPr>
    <w:rPr>
      <w:rFonts w:ascii="Aptos" w:hAnsi="Aptos" w:eastAsia="Aptos"/>
      <w:b w:val="0"/>
      <w:sz w:val="20"/>
    </w:rPr>
  </w:style>
  <w:style w:type="paragraph" w:customStyle="1" w:styleId="MiniText">
    <w:name w:val="MiniText"/>
    <w:basedOn w:val="Normal"/>
    <w:pPr>
      <w:spacing w:after="40"/>
    </w:pPr>
    <w:rPr>
      <w:rFonts w:ascii="Aptos" w:hAnsi="Aptos" w:eastAsia="Aptos"/>
      <w:b w:val="0"/>
      <w:color w:val="464646"/>
      <w:sz w:val="19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